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EBDC2" w14:textId="77777777" w:rsidR="008F3487" w:rsidRDefault="00000000">
      <w:pPr>
        <w:spacing w:after="40"/>
        <w:jc w:val="center"/>
      </w:pPr>
      <w:r>
        <w:rPr>
          <w:rFonts w:ascii="Aptos Display" w:hAnsi="Aptos Display"/>
          <w:b/>
          <w:sz w:val="30"/>
        </w:rPr>
        <w:t>WI-IAT 2026</w:t>
      </w:r>
    </w:p>
    <w:p w14:paraId="37C29218" w14:textId="77777777" w:rsidR="008F3487" w:rsidRDefault="00000000">
      <w:pPr>
        <w:pStyle w:val="Title"/>
        <w:jc w:val="center"/>
      </w:pPr>
      <w:r>
        <w:t>IEEE TCII Student Travel Award Application</w:t>
      </w:r>
    </w:p>
    <w:p w14:paraId="3E6B7BA9" w14:textId="77777777" w:rsidR="008F3487" w:rsidRDefault="00000000">
      <w:pPr>
        <w:spacing w:after="160"/>
        <w:jc w:val="center"/>
      </w:pPr>
      <w:r>
        <w:rPr>
          <w:color w:val="464646"/>
          <w:sz w:val="19"/>
        </w:rPr>
        <w:t>Two competitive awards of USD 500 each  |  Conference dates 3–6 December 2026</w:t>
      </w:r>
    </w:p>
    <w:p w14:paraId="3C73CD2C" w14:textId="77777777" w:rsidR="008F3487" w:rsidRDefault="00000000">
      <w:r>
        <w:t>Complete all required sections and submit this form with the supporting documents listed on page 4. Applicants must be registered authors, have paid the applicable registration fee, and hold active student status during the conference period.</w:t>
      </w:r>
    </w:p>
    <w:p w14:paraId="4192F577" w14:textId="77777777" w:rsidR="008F3487" w:rsidRDefault="00000000">
      <w:pPr>
        <w:pStyle w:val="Heading1"/>
        <w:spacing w:before="160" w:after="100"/>
      </w:pPr>
      <w:r>
        <w:t>1 Applicant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29BE2684" w14:textId="77777777">
        <w:trPr>
          <w:jc w:val="center"/>
        </w:trPr>
        <w:tc>
          <w:tcPr>
            <w:tcW w:w="5083" w:type="dxa"/>
            <w:shd w:val="clear" w:color="auto" w:fill="EAF0F7"/>
            <w:tcMar>
              <w:top w:w="95" w:type="dxa"/>
              <w:left w:w="120" w:type="dxa"/>
              <w:bottom w:w="95" w:type="dxa"/>
              <w:right w:w="120" w:type="dxa"/>
            </w:tcMar>
            <w:vAlign w:val="center"/>
          </w:tcPr>
          <w:p w14:paraId="3DDF9FF6" w14:textId="77777777" w:rsidR="008F3487" w:rsidRDefault="00000000">
            <w:pPr>
              <w:spacing w:after="0" w:line="252" w:lineRule="auto"/>
            </w:pPr>
            <w:r>
              <w:rPr>
                <w:b/>
                <w:sz w:val="19"/>
              </w:rPr>
              <w:t>Full name</w:t>
            </w:r>
          </w:p>
        </w:tc>
        <w:tc>
          <w:tcPr>
            <w:tcW w:w="5083" w:type="dxa"/>
            <w:tcMar>
              <w:top w:w="95" w:type="dxa"/>
              <w:left w:w="120" w:type="dxa"/>
              <w:bottom w:w="95" w:type="dxa"/>
              <w:right w:w="120" w:type="dxa"/>
            </w:tcMar>
            <w:vAlign w:val="center"/>
          </w:tcPr>
          <w:p w14:paraId="47087004" w14:textId="77777777" w:rsidR="008F3487" w:rsidRDefault="00000000">
            <w:pPr>
              <w:spacing w:after="0" w:line="252" w:lineRule="auto"/>
            </w:pPr>
            <w:r>
              <w:rPr>
                <w:color w:val="595959"/>
                <w:sz w:val="19"/>
              </w:rPr>
              <w:t>[Enter full name]</w:t>
            </w:r>
          </w:p>
        </w:tc>
      </w:tr>
      <w:tr w:rsidR="008F3487" w14:paraId="5B18FCC8" w14:textId="77777777">
        <w:trPr>
          <w:jc w:val="center"/>
        </w:trPr>
        <w:tc>
          <w:tcPr>
            <w:tcW w:w="5083" w:type="dxa"/>
            <w:shd w:val="clear" w:color="auto" w:fill="EAF0F7"/>
            <w:tcMar>
              <w:top w:w="95" w:type="dxa"/>
              <w:left w:w="120" w:type="dxa"/>
              <w:bottom w:w="95" w:type="dxa"/>
              <w:right w:w="120" w:type="dxa"/>
            </w:tcMar>
            <w:vAlign w:val="center"/>
          </w:tcPr>
          <w:p w14:paraId="7ED8605A" w14:textId="77777777" w:rsidR="008F3487" w:rsidRDefault="00000000">
            <w:pPr>
              <w:spacing w:after="0" w:line="252" w:lineRule="auto"/>
            </w:pPr>
            <w:r>
              <w:rPr>
                <w:b/>
                <w:sz w:val="19"/>
              </w:rPr>
              <w:t>Email address</w:t>
            </w:r>
          </w:p>
        </w:tc>
        <w:tc>
          <w:tcPr>
            <w:tcW w:w="5083" w:type="dxa"/>
            <w:tcMar>
              <w:top w:w="95" w:type="dxa"/>
              <w:left w:w="120" w:type="dxa"/>
              <w:bottom w:w="95" w:type="dxa"/>
              <w:right w:w="120" w:type="dxa"/>
            </w:tcMar>
            <w:vAlign w:val="center"/>
          </w:tcPr>
          <w:p w14:paraId="4DF56B0F" w14:textId="77777777" w:rsidR="008F3487" w:rsidRDefault="00000000">
            <w:pPr>
              <w:spacing w:after="0" w:line="252" w:lineRule="auto"/>
            </w:pPr>
            <w:r>
              <w:rPr>
                <w:color w:val="595959"/>
                <w:sz w:val="19"/>
              </w:rPr>
              <w:t>[Enter email address]</w:t>
            </w:r>
          </w:p>
        </w:tc>
      </w:tr>
      <w:tr w:rsidR="008F3487" w14:paraId="2A4E87BF" w14:textId="77777777">
        <w:trPr>
          <w:jc w:val="center"/>
        </w:trPr>
        <w:tc>
          <w:tcPr>
            <w:tcW w:w="5083" w:type="dxa"/>
            <w:shd w:val="clear" w:color="auto" w:fill="EAF0F7"/>
            <w:tcMar>
              <w:top w:w="95" w:type="dxa"/>
              <w:left w:w="120" w:type="dxa"/>
              <w:bottom w:w="95" w:type="dxa"/>
              <w:right w:w="120" w:type="dxa"/>
            </w:tcMar>
            <w:vAlign w:val="center"/>
          </w:tcPr>
          <w:p w14:paraId="378F4341" w14:textId="77777777" w:rsidR="008F3487" w:rsidRDefault="00000000">
            <w:pPr>
              <w:spacing w:after="0" w:line="252" w:lineRule="auto"/>
            </w:pPr>
            <w:r>
              <w:rPr>
                <w:b/>
                <w:sz w:val="19"/>
              </w:rPr>
              <w:t>Institution</w:t>
            </w:r>
          </w:p>
        </w:tc>
        <w:tc>
          <w:tcPr>
            <w:tcW w:w="5083" w:type="dxa"/>
            <w:tcMar>
              <w:top w:w="95" w:type="dxa"/>
              <w:left w:w="120" w:type="dxa"/>
              <w:bottom w:w="95" w:type="dxa"/>
              <w:right w:w="120" w:type="dxa"/>
            </w:tcMar>
            <w:vAlign w:val="center"/>
          </w:tcPr>
          <w:p w14:paraId="0E13D7E8" w14:textId="77777777" w:rsidR="008F3487" w:rsidRDefault="00000000">
            <w:pPr>
              <w:spacing w:after="0" w:line="252" w:lineRule="auto"/>
            </w:pPr>
            <w:r>
              <w:rPr>
                <w:color w:val="595959"/>
                <w:sz w:val="19"/>
              </w:rPr>
              <w:t>[Enter institution]</w:t>
            </w:r>
          </w:p>
        </w:tc>
      </w:tr>
      <w:tr w:rsidR="008F3487" w14:paraId="35719B95" w14:textId="77777777">
        <w:trPr>
          <w:jc w:val="center"/>
        </w:trPr>
        <w:tc>
          <w:tcPr>
            <w:tcW w:w="5083" w:type="dxa"/>
            <w:shd w:val="clear" w:color="auto" w:fill="EAF0F7"/>
            <w:tcMar>
              <w:top w:w="95" w:type="dxa"/>
              <w:left w:w="120" w:type="dxa"/>
              <w:bottom w:w="95" w:type="dxa"/>
              <w:right w:w="120" w:type="dxa"/>
            </w:tcMar>
            <w:vAlign w:val="center"/>
          </w:tcPr>
          <w:p w14:paraId="21BA6129" w14:textId="77777777" w:rsidR="008F3487" w:rsidRDefault="00000000">
            <w:pPr>
              <w:spacing w:after="0" w:line="252" w:lineRule="auto"/>
            </w:pPr>
            <w:r>
              <w:rPr>
                <w:b/>
                <w:sz w:val="19"/>
              </w:rPr>
              <w:t>Department or school</w:t>
            </w:r>
          </w:p>
        </w:tc>
        <w:tc>
          <w:tcPr>
            <w:tcW w:w="5083" w:type="dxa"/>
            <w:tcMar>
              <w:top w:w="95" w:type="dxa"/>
              <w:left w:w="120" w:type="dxa"/>
              <w:bottom w:w="95" w:type="dxa"/>
              <w:right w:w="120" w:type="dxa"/>
            </w:tcMar>
            <w:vAlign w:val="center"/>
          </w:tcPr>
          <w:p w14:paraId="062E3345" w14:textId="77777777" w:rsidR="008F3487" w:rsidRDefault="00000000">
            <w:pPr>
              <w:spacing w:after="0" w:line="252" w:lineRule="auto"/>
            </w:pPr>
            <w:r>
              <w:rPr>
                <w:color w:val="595959"/>
                <w:sz w:val="19"/>
              </w:rPr>
              <w:t>[Enter department or school]</w:t>
            </w:r>
          </w:p>
        </w:tc>
      </w:tr>
      <w:tr w:rsidR="008F3487" w14:paraId="4E9CA67C" w14:textId="77777777">
        <w:trPr>
          <w:jc w:val="center"/>
        </w:trPr>
        <w:tc>
          <w:tcPr>
            <w:tcW w:w="5083" w:type="dxa"/>
            <w:shd w:val="clear" w:color="auto" w:fill="EAF0F7"/>
            <w:tcMar>
              <w:top w:w="95" w:type="dxa"/>
              <w:left w:w="120" w:type="dxa"/>
              <w:bottom w:w="95" w:type="dxa"/>
              <w:right w:w="120" w:type="dxa"/>
            </w:tcMar>
            <w:vAlign w:val="center"/>
          </w:tcPr>
          <w:p w14:paraId="626A81D6" w14:textId="77777777" w:rsidR="008F3487" w:rsidRDefault="00000000">
            <w:pPr>
              <w:spacing w:after="0" w:line="252" w:lineRule="auto"/>
            </w:pPr>
            <w:r>
              <w:rPr>
                <w:b/>
                <w:sz w:val="19"/>
              </w:rPr>
              <w:t>Country of study</w:t>
            </w:r>
          </w:p>
        </w:tc>
        <w:tc>
          <w:tcPr>
            <w:tcW w:w="5083" w:type="dxa"/>
            <w:tcMar>
              <w:top w:w="95" w:type="dxa"/>
              <w:left w:w="120" w:type="dxa"/>
              <w:bottom w:w="95" w:type="dxa"/>
              <w:right w:w="120" w:type="dxa"/>
            </w:tcMar>
            <w:vAlign w:val="center"/>
          </w:tcPr>
          <w:p w14:paraId="2B03DF5C" w14:textId="77777777" w:rsidR="008F3487" w:rsidRDefault="00000000">
            <w:pPr>
              <w:spacing w:after="0" w:line="252" w:lineRule="auto"/>
            </w:pPr>
            <w:r>
              <w:rPr>
                <w:color w:val="595959"/>
                <w:sz w:val="19"/>
              </w:rPr>
              <w:t>[Enter country]</w:t>
            </w:r>
          </w:p>
        </w:tc>
      </w:tr>
      <w:tr w:rsidR="008F3487" w14:paraId="783EC384" w14:textId="77777777">
        <w:trPr>
          <w:jc w:val="center"/>
        </w:trPr>
        <w:tc>
          <w:tcPr>
            <w:tcW w:w="5083" w:type="dxa"/>
            <w:shd w:val="clear" w:color="auto" w:fill="EAF0F7"/>
            <w:tcMar>
              <w:top w:w="95" w:type="dxa"/>
              <w:left w:w="120" w:type="dxa"/>
              <w:bottom w:w="95" w:type="dxa"/>
              <w:right w:w="120" w:type="dxa"/>
            </w:tcMar>
            <w:vAlign w:val="center"/>
          </w:tcPr>
          <w:p w14:paraId="6AABC99F" w14:textId="77777777" w:rsidR="008F3487" w:rsidRDefault="00000000">
            <w:pPr>
              <w:spacing w:after="0" w:line="252" w:lineRule="auto"/>
            </w:pPr>
            <w:r>
              <w:rPr>
                <w:b/>
                <w:sz w:val="19"/>
              </w:rPr>
              <w:t>Degree program</w:t>
            </w:r>
          </w:p>
        </w:tc>
        <w:tc>
          <w:tcPr>
            <w:tcW w:w="5083" w:type="dxa"/>
            <w:tcMar>
              <w:top w:w="95" w:type="dxa"/>
              <w:left w:w="120" w:type="dxa"/>
              <w:bottom w:w="95" w:type="dxa"/>
              <w:right w:w="120" w:type="dxa"/>
            </w:tcMar>
            <w:vAlign w:val="center"/>
          </w:tcPr>
          <w:p w14:paraId="5B62CC26" w14:textId="77777777" w:rsidR="008F3487" w:rsidRDefault="00000000">
            <w:pPr>
              <w:spacing w:after="0" w:line="252" w:lineRule="auto"/>
            </w:pPr>
            <w:r>
              <w:rPr>
                <w:color w:val="595959"/>
                <w:sz w:val="19"/>
              </w:rPr>
              <w:t>[Enter degree and field of study]</w:t>
            </w:r>
          </w:p>
        </w:tc>
      </w:tr>
      <w:tr w:rsidR="008F3487" w14:paraId="5642F540" w14:textId="77777777">
        <w:trPr>
          <w:jc w:val="center"/>
        </w:trPr>
        <w:tc>
          <w:tcPr>
            <w:tcW w:w="5083" w:type="dxa"/>
            <w:shd w:val="clear" w:color="auto" w:fill="EAF0F7"/>
            <w:tcMar>
              <w:top w:w="95" w:type="dxa"/>
              <w:left w:w="120" w:type="dxa"/>
              <w:bottom w:w="95" w:type="dxa"/>
              <w:right w:w="120" w:type="dxa"/>
            </w:tcMar>
            <w:vAlign w:val="center"/>
          </w:tcPr>
          <w:p w14:paraId="1ADF8682" w14:textId="77777777" w:rsidR="008F3487" w:rsidRDefault="00000000">
            <w:pPr>
              <w:spacing w:after="0" w:line="252" w:lineRule="auto"/>
            </w:pPr>
            <w:r>
              <w:rPr>
                <w:b/>
                <w:sz w:val="19"/>
              </w:rPr>
              <w:t>Study status</w:t>
            </w:r>
          </w:p>
        </w:tc>
        <w:tc>
          <w:tcPr>
            <w:tcW w:w="5083" w:type="dxa"/>
            <w:tcMar>
              <w:top w:w="95" w:type="dxa"/>
              <w:left w:w="120" w:type="dxa"/>
              <w:bottom w:w="95" w:type="dxa"/>
              <w:right w:w="120" w:type="dxa"/>
            </w:tcMar>
            <w:vAlign w:val="center"/>
          </w:tcPr>
          <w:p w14:paraId="0C37DDC1" w14:textId="77777777" w:rsidR="008F3487" w:rsidRDefault="00000000">
            <w:pPr>
              <w:spacing w:after="0" w:line="252" w:lineRule="auto"/>
            </w:pPr>
            <w:r>
              <w:rPr>
                <w:color w:val="595959"/>
                <w:sz w:val="19"/>
              </w:rPr>
              <w:t>☐ Full-time     ☐ Part-time</w:t>
            </w:r>
          </w:p>
        </w:tc>
      </w:tr>
      <w:tr w:rsidR="008F3487" w14:paraId="4107B0D1" w14:textId="77777777">
        <w:trPr>
          <w:jc w:val="center"/>
        </w:trPr>
        <w:tc>
          <w:tcPr>
            <w:tcW w:w="5083" w:type="dxa"/>
            <w:shd w:val="clear" w:color="auto" w:fill="EAF0F7"/>
            <w:tcMar>
              <w:top w:w="95" w:type="dxa"/>
              <w:left w:w="120" w:type="dxa"/>
              <w:bottom w:w="95" w:type="dxa"/>
              <w:right w:w="120" w:type="dxa"/>
            </w:tcMar>
            <w:vAlign w:val="center"/>
          </w:tcPr>
          <w:p w14:paraId="61C784AB" w14:textId="77777777" w:rsidR="008F3487" w:rsidRDefault="00000000">
            <w:pPr>
              <w:spacing w:after="0" w:line="252" w:lineRule="auto"/>
            </w:pPr>
            <w:r>
              <w:rPr>
                <w:b/>
                <w:sz w:val="19"/>
              </w:rPr>
              <w:t>Expected completion</w:t>
            </w:r>
          </w:p>
        </w:tc>
        <w:tc>
          <w:tcPr>
            <w:tcW w:w="5083" w:type="dxa"/>
            <w:tcMar>
              <w:top w:w="95" w:type="dxa"/>
              <w:left w:w="120" w:type="dxa"/>
              <w:bottom w:w="95" w:type="dxa"/>
              <w:right w:w="120" w:type="dxa"/>
            </w:tcMar>
            <w:vAlign w:val="center"/>
          </w:tcPr>
          <w:p w14:paraId="3E398DF4" w14:textId="77777777" w:rsidR="008F3487" w:rsidRDefault="00000000">
            <w:pPr>
              <w:spacing w:after="0" w:line="252" w:lineRule="auto"/>
            </w:pPr>
            <w:r>
              <w:rPr>
                <w:color w:val="595959"/>
                <w:sz w:val="19"/>
              </w:rPr>
              <w:t>[Month and year]</w:t>
            </w:r>
          </w:p>
        </w:tc>
      </w:tr>
      <w:tr w:rsidR="008F3487" w14:paraId="607C4918" w14:textId="77777777">
        <w:trPr>
          <w:jc w:val="center"/>
        </w:trPr>
        <w:tc>
          <w:tcPr>
            <w:tcW w:w="5083" w:type="dxa"/>
            <w:shd w:val="clear" w:color="auto" w:fill="EAF0F7"/>
            <w:tcMar>
              <w:top w:w="95" w:type="dxa"/>
              <w:left w:w="120" w:type="dxa"/>
              <w:bottom w:w="95" w:type="dxa"/>
              <w:right w:w="120" w:type="dxa"/>
            </w:tcMar>
            <w:vAlign w:val="center"/>
          </w:tcPr>
          <w:p w14:paraId="5F172055" w14:textId="77777777" w:rsidR="008F3487" w:rsidRDefault="00000000">
            <w:pPr>
              <w:spacing w:after="0" w:line="252" w:lineRule="auto"/>
            </w:pPr>
            <w:r>
              <w:rPr>
                <w:b/>
                <w:sz w:val="19"/>
              </w:rPr>
              <w:t>Student ID number</w:t>
            </w:r>
          </w:p>
        </w:tc>
        <w:tc>
          <w:tcPr>
            <w:tcW w:w="5083" w:type="dxa"/>
            <w:tcMar>
              <w:top w:w="95" w:type="dxa"/>
              <w:left w:w="120" w:type="dxa"/>
              <w:bottom w:w="95" w:type="dxa"/>
              <w:right w:w="120" w:type="dxa"/>
            </w:tcMar>
            <w:vAlign w:val="center"/>
          </w:tcPr>
          <w:p w14:paraId="154057FD" w14:textId="77777777" w:rsidR="008F3487" w:rsidRDefault="00000000">
            <w:pPr>
              <w:spacing w:after="0" w:line="252" w:lineRule="auto"/>
            </w:pPr>
            <w:r>
              <w:rPr>
                <w:color w:val="595959"/>
                <w:sz w:val="19"/>
              </w:rPr>
              <w:t>[Enter student ID number]</w:t>
            </w:r>
          </w:p>
        </w:tc>
      </w:tr>
      <w:tr w:rsidR="008F3487" w14:paraId="41BA8AC0" w14:textId="77777777">
        <w:trPr>
          <w:jc w:val="center"/>
        </w:trPr>
        <w:tc>
          <w:tcPr>
            <w:tcW w:w="5083" w:type="dxa"/>
            <w:shd w:val="clear" w:color="auto" w:fill="EAF0F7"/>
            <w:tcMar>
              <w:top w:w="95" w:type="dxa"/>
              <w:left w:w="120" w:type="dxa"/>
              <w:bottom w:w="95" w:type="dxa"/>
              <w:right w:w="120" w:type="dxa"/>
            </w:tcMar>
            <w:vAlign w:val="center"/>
          </w:tcPr>
          <w:p w14:paraId="1B0D02CD" w14:textId="77777777" w:rsidR="008F3487" w:rsidRDefault="00000000">
            <w:pPr>
              <w:spacing w:after="0" w:line="252" w:lineRule="auto"/>
            </w:pPr>
            <w:r>
              <w:rPr>
                <w:b/>
                <w:sz w:val="19"/>
              </w:rPr>
              <w:t>Student ID validity</w:t>
            </w:r>
          </w:p>
        </w:tc>
        <w:tc>
          <w:tcPr>
            <w:tcW w:w="5083" w:type="dxa"/>
            <w:tcMar>
              <w:top w:w="95" w:type="dxa"/>
              <w:left w:w="120" w:type="dxa"/>
              <w:bottom w:w="95" w:type="dxa"/>
              <w:right w:w="120" w:type="dxa"/>
            </w:tcMar>
            <w:vAlign w:val="center"/>
          </w:tcPr>
          <w:p w14:paraId="5D312739" w14:textId="77777777" w:rsidR="008F3487" w:rsidRDefault="00000000">
            <w:pPr>
              <w:spacing w:after="0" w:line="252" w:lineRule="auto"/>
            </w:pPr>
            <w:r>
              <w:rPr>
                <w:color w:val="595959"/>
                <w:sz w:val="19"/>
              </w:rPr>
              <w:t>[Expiry date or applicable academic period]</w:t>
            </w:r>
          </w:p>
        </w:tc>
      </w:tr>
    </w:tbl>
    <w:p w14:paraId="2C69C7CF" w14:textId="77777777" w:rsidR="008F3487" w:rsidRDefault="00000000">
      <w:pPr>
        <w:pStyle w:val="Heading1"/>
        <w:spacing w:before="160" w:after="100"/>
      </w:pPr>
      <w:r>
        <w:t>2 Accepted Paper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08AEFC62" w14:textId="77777777">
        <w:trPr>
          <w:jc w:val="center"/>
        </w:trPr>
        <w:tc>
          <w:tcPr>
            <w:tcW w:w="5083" w:type="dxa"/>
            <w:shd w:val="clear" w:color="auto" w:fill="EAF0F7"/>
            <w:tcMar>
              <w:top w:w="95" w:type="dxa"/>
              <w:left w:w="120" w:type="dxa"/>
              <w:bottom w:w="95" w:type="dxa"/>
              <w:right w:w="120" w:type="dxa"/>
            </w:tcMar>
            <w:vAlign w:val="center"/>
          </w:tcPr>
          <w:p w14:paraId="712324CA" w14:textId="77777777" w:rsidR="008F3487" w:rsidRDefault="00000000">
            <w:pPr>
              <w:spacing w:after="0" w:line="252" w:lineRule="auto"/>
            </w:pPr>
            <w:r>
              <w:rPr>
                <w:b/>
                <w:sz w:val="19"/>
              </w:rPr>
              <w:t>Paper ID</w:t>
            </w:r>
          </w:p>
        </w:tc>
        <w:tc>
          <w:tcPr>
            <w:tcW w:w="5083" w:type="dxa"/>
            <w:tcMar>
              <w:top w:w="95" w:type="dxa"/>
              <w:left w:w="120" w:type="dxa"/>
              <w:bottom w:w="95" w:type="dxa"/>
              <w:right w:w="120" w:type="dxa"/>
            </w:tcMar>
            <w:vAlign w:val="center"/>
          </w:tcPr>
          <w:p w14:paraId="6C475C5B" w14:textId="77777777" w:rsidR="008F3487" w:rsidRDefault="00000000">
            <w:pPr>
              <w:spacing w:after="0" w:line="252" w:lineRule="auto"/>
            </w:pPr>
            <w:r>
              <w:rPr>
                <w:color w:val="595959"/>
                <w:sz w:val="19"/>
              </w:rPr>
              <w:t>[Enter paper ID]</w:t>
            </w:r>
          </w:p>
        </w:tc>
      </w:tr>
      <w:tr w:rsidR="008F3487" w14:paraId="2CE556B4" w14:textId="77777777">
        <w:trPr>
          <w:jc w:val="center"/>
        </w:trPr>
        <w:tc>
          <w:tcPr>
            <w:tcW w:w="5083" w:type="dxa"/>
            <w:shd w:val="clear" w:color="auto" w:fill="EAF0F7"/>
            <w:tcMar>
              <w:top w:w="95" w:type="dxa"/>
              <w:left w:w="120" w:type="dxa"/>
              <w:bottom w:w="95" w:type="dxa"/>
              <w:right w:w="120" w:type="dxa"/>
            </w:tcMar>
            <w:vAlign w:val="center"/>
          </w:tcPr>
          <w:p w14:paraId="3C14EFAD" w14:textId="77777777" w:rsidR="008F3487" w:rsidRDefault="00000000">
            <w:pPr>
              <w:spacing w:after="0" w:line="252" w:lineRule="auto"/>
            </w:pPr>
            <w:r>
              <w:rPr>
                <w:b/>
                <w:sz w:val="19"/>
              </w:rPr>
              <w:t>Paper title</w:t>
            </w:r>
          </w:p>
        </w:tc>
        <w:tc>
          <w:tcPr>
            <w:tcW w:w="5083" w:type="dxa"/>
            <w:tcMar>
              <w:top w:w="95" w:type="dxa"/>
              <w:left w:w="120" w:type="dxa"/>
              <w:bottom w:w="95" w:type="dxa"/>
              <w:right w:w="120" w:type="dxa"/>
            </w:tcMar>
            <w:vAlign w:val="center"/>
          </w:tcPr>
          <w:p w14:paraId="0A3BA2E8" w14:textId="77777777" w:rsidR="008F3487" w:rsidRDefault="00000000">
            <w:pPr>
              <w:spacing w:after="0" w:line="252" w:lineRule="auto"/>
            </w:pPr>
            <w:r>
              <w:rPr>
                <w:color w:val="595959"/>
                <w:sz w:val="19"/>
              </w:rPr>
              <w:t>[Enter full title]</w:t>
            </w:r>
          </w:p>
        </w:tc>
      </w:tr>
      <w:tr w:rsidR="008F3487" w14:paraId="331A11D9" w14:textId="77777777">
        <w:trPr>
          <w:jc w:val="center"/>
        </w:trPr>
        <w:tc>
          <w:tcPr>
            <w:tcW w:w="5083" w:type="dxa"/>
            <w:shd w:val="clear" w:color="auto" w:fill="EAF0F7"/>
            <w:tcMar>
              <w:top w:w="95" w:type="dxa"/>
              <w:left w:w="120" w:type="dxa"/>
              <w:bottom w:w="95" w:type="dxa"/>
              <w:right w:w="120" w:type="dxa"/>
            </w:tcMar>
            <w:vAlign w:val="center"/>
          </w:tcPr>
          <w:p w14:paraId="753C089C" w14:textId="77777777" w:rsidR="008F3487" w:rsidRDefault="00000000">
            <w:pPr>
              <w:spacing w:after="0" w:line="252" w:lineRule="auto"/>
            </w:pPr>
            <w:r>
              <w:rPr>
                <w:b/>
                <w:sz w:val="19"/>
              </w:rPr>
              <w:t>Submission category</w:t>
            </w:r>
          </w:p>
        </w:tc>
        <w:tc>
          <w:tcPr>
            <w:tcW w:w="5083" w:type="dxa"/>
            <w:tcMar>
              <w:top w:w="95" w:type="dxa"/>
              <w:left w:w="120" w:type="dxa"/>
              <w:bottom w:w="95" w:type="dxa"/>
              <w:right w:w="120" w:type="dxa"/>
            </w:tcMar>
            <w:vAlign w:val="center"/>
          </w:tcPr>
          <w:p w14:paraId="1B2344FB" w14:textId="77777777" w:rsidR="008F3487" w:rsidRDefault="00000000">
            <w:pPr>
              <w:spacing w:after="0" w:line="252" w:lineRule="auto"/>
            </w:pPr>
            <w:r>
              <w:rPr>
                <w:color w:val="595959"/>
                <w:sz w:val="19"/>
              </w:rPr>
              <w:t>☐ Regular     ☐ Short     ☐ Workshop or special session</w:t>
            </w:r>
          </w:p>
        </w:tc>
      </w:tr>
      <w:tr w:rsidR="008F3487" w14:paraId="31157E97" w14:textId="77777777">
        <w:trPr>
          <w:jc w:val="center"/>
        </w:trPr>
        <w:tc>
          <w:tcPr>
            <w:tcW w:w="5083" w:type="dxa"/>
            <w:shd w:val="clear" w:color="auto" w:fill="EAF0F7"/>
            <w:tcMar>
              <w:top w:w="95" w:type="dxa"/>
              <w:left w:w="120" w:type="dxa"/>
              <w:bottom w:w="95" w:type="dxa"/>
              <w:right w:w="120" w:type="dxa"/>
            </w:tcMar>
            <w:vAlign w:val="center"/>
          </w:tcPr>
          <w:p w14:paraId="0A2B824F" w14:textId="77777777" w:rsidR="008F3487" w:rsidRDefault="00000000">
            <w:pPr>
              <w:spacing w:after="0" w:line="252" w:lineRule="auto"/>
            </w:pPr>
            <w:r>
              <w:rPr>
                <w:b/>
                <w:sz w:val="19"/>
              </w:rPr>
              <w:t>Author position</w:t>
            </w:r>
          </w:p>
        </w:tc>
        <w:tc>
          <w:tcPr>
            <w:tcW w:w="5083" w:type="dxa"/>
            <w:tcMar>
              <w:top w:w="95" w:type="dxa"/>
              <w:left w:w="120" w:type="dxa"/>
              <w:bottom w:w="95" w:type="dxa"/>
              <w:right w:w="120" w:type="dxa"/>
            </w:tcMar>
            <w:vAlign w:val="center"/>
          </w:tcPr>
          <w:p w14:paraId="4232C752" w14:textId="77777777" w:rsidR="008F3487" w:rsidRDefault="00000000">
            <w:pPr>
              <w:spacing w:after="0" w:line="252" w:lineRule="auto"/>
            </w:pPr>
            <w:r>
              <w:rPr>
                <w:color w:val="595959"/>
                <w:sz w:val="19"/>
              </w:rPr>
              <w:t>☐ First     ☐ Corresponding     ☐ Co-author</w:t>
            </w:r>
          </w:p>
        </w:tc>
      </w:tr>
      <w:tr w:rsidR="008F3487" w14:paraId="0337E7F0" w14:textId="77777777">
        <w:trPr>
          <w:jc w:val="center"/>
        </w:trPr>
        <w:tc>
          <w:tcPr>
            <w:tcW w:w="5083" w:type="dxa"/>
            <w:shd w:val="clear" w:color="auto" w:fill="EAF0F7"/>
            <w:tcMar>
              <w:top w:w="95" w:type="dxa"/>
              <w:left w:w="120" w:type="dxa"/>
              <w:bottom w:w="95" w:type="dxa"/>
              <w:right w:w="120" w:type="dxa"/>
            </w:tcMar>
            <w:vAlign w:val="center"/>
          </w:tcPr>
          <w:p w14:paraId="20A62C9E" w14:textId="77777777" w:rsidR="008F3487" w:rsidRDefault="00000000">
            <w:pPr>
              <w:spacing w:after="0" w:line="252" w:lineRule="auto"/>
            </w:pPr>
            <w:r>
              <w:rPr>
                <w:b/>
                <w:sz w:val="19"/>
              </w:rPr>
              <w:t>Presenting in person</w:t>
            </w:r>
          </w:p>
        </w:tc>
        <w:tc>
          <w:tcPr>
            <w:tcW w:w="5083" w:type="dxa"/>
            <w:tcMar>
              <w:top w:w="95" w:type="dxa"/>
              <w:left w:w="120" w:type="dxa"/>
              <w:bottom w:w="95" w:type="dxa"/>
              <w:right w:w="120" w:type="dxa"/>
            </w:tcMar>
            <w:vAlign w:val="center"/>
          </w:tcPr>
          <w:p w14:paraId="220A60FF" w14:textId="37BA3BD2" w:rsidR="008F3487" w:rsidRDefault="00000000">
            <w:pPr>
              <w:spacing w:after="0" w:line="252" w:lineRule="auto"/>
            </w:pPr>
            <w:r>
              <w:rPr>
                <w:color w:val="595959"/>
                <w:sz w:val="19"/>
              </w:rPr>
              <w:t xml:space="preserve">☐ Yes     ☐ No </w:t>
            </w:r>
          </w:p>
        </w:tc>
      </w:tr>
    </w:tbl>
    <w:p w14:paraId="12C998BD" w14:textId="77777777" w:rsidR="008F3487" w:rsidRDefault="00000000">
      <w:r>
        <w:br w:type="page"/>
      </w:r>
    </w:p>
    <w:p w14:paraId="5AF54721" w14:textId="77777777" w:rsidR="008F3487" w:rsidRDefault="00000000">
      <w:pPr>
        <w:pStyle w:val="Heading1"/>
        <w:spacing w:before="160" w:after="100"/>
      </w:pPr>
      <w:r>
        <w:lastRenderedPageBreak/>
        <w:t>3 Registration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5A925F0C" w14:textId="77777777">
        <w:trPr>
          <w:jc w:val="center"/>
        </w:trPr>
        <w:tc>
          <w:tcPr>
            <w:tcW w:w="5083" w:type="dxa"/>
            <w:shd w:val="clear" w:color="auto" w:fill="EAF0F7"/>
            <w:tcMar>
              <w:top w:w="95" w:type="dxa"/>
              <w:left w:w="120" w:type="dxa"/>
              <w:bottom w:w="95" w:type="dxa"/>
              <w:right w:w="120" w:type="dxa"/>
            </w:tcMar>
            <w:vAlign w:val="center"/>
          </w:tcPr>
          <w:p w14:paraId="0EB69DE0" w14:textId="77777777" w:rsidR="008F3487" w:rsidRDefault="00000000">
            <w:pPr>
              <w:spacing w:after="0" w:line="252" w:lineRule="auto"/>
            </w:pPr>
            <w:r>
              <w:rPr>
                <w:b/>
                <w:sz w:val="19"/>
              </w:rPr>
              <w:t>Registration category</w:t>
            </w:r>
          </w:p>
        </w:tc>
        <w:tc>
          <w:tcPr>
            <w:tcW w:w="5083" w:type="dxa"/>
            <w:tcMar>
              <w:top w:w="95" w:type="dxa"/>
              <w:left w:w="120" w:type="dxa"/>
              <w:bottom w:w="95" w:type="dxa"/>
              <w:right w:w="120" w:type="dxa"/>
            </w:tcMar>
            <w:vAlign w:val="center"/>
          </w:tcPr>
          <w:p w14:paraId="0ED34889" w14:textId="77777777" w:rsidR="008F3487" w:rsidRDefault="00000000">
            <w:pPr>
              <w:spacing w:after="0" w:line="252" w:lineRule="auto"/>
            </w:pPr>
            <w:r>
              <w:rPr>
                <w:color w:val="595959"/>
                <w:sz w:val="19"/>
              </w:rPr>
              <w:t>[Enter category]</w:t>
            </w:r>
          </w:p>
        </w:tc>
      </w:tr>
      <w:tr w:rsidR="008F3487" w14:paraId="304EB70B" w14:textId="77777777">
        <w:trPr>
          <w:jc w:val="center"/>
        </w:trPr>
        <w:tc>
          <w:tcPr>
            <w:tcW w:w="5083" w:type="dxa"/>
            <w:shd w:val="clear" w:color="auto" w:fill="EAF0F7"/>
            <w:tcMar>
              <w:top w:w="95" w:type="dxa"/>
              <w:left w:w="120" w:type="dxa"/>
              <w:bottom w:w="95" w:type="dxa"/>
              <w:right w:w="120" w:type="dxa"/>
            </w:tcMar>
            <w:vAlign w:val="center"/>
          </w:tcPr>
          <w:p w14:paraId="415F9AF7" w14:textId="77777777" w:rsidR="008F3487" w:rsidRDefault="00000000">
            <w:pPr>
              <w:spacing w:after="0" w:line="252" w:lineRule="auto"/>
            </w:pPr>
            <w:r>
              <w:rPr>
                <w:b/>
                <w:sz w:val="19"/>
              </w:rPr>
              <w:t>Invoice or receipt number</w:t>
            </w:r>
          </w:p>
        </w:tc>
        <w:tc>
          <w:tcPr>
            <w:tcW w:w="5083" w:type="dxa"/>
            <w:tcMar>
              <w:top w:w="95" w:type="dxa"/>
              <w:left w:w="120" w:type="dxa"/>
              <w:bottom w:w="95" w:type="dxa"/>
              <w:right w:w="120" w:type="dxa"/>
            </w:tcMar>
            <w:vAlign w:val="center"/>
          </w:tcPr>
          <w:p w14:paraId="0BC8C588" w14:textId="77777777" w:rsidR="008F3487" w:rsidRDefault="00000000">
            <w:pPr>
              <w:spacing w:after="0" w:line="252" w:lineRule="auto"/>
            </w:pPr>
            <w:r>
              <w:rPr>
                <w:color w:val="595959"/>
                <w:sz w:val="19"/>
              </w:rPr>
              <w:t>[Enter reference]</w:t>
            </w:r>
          </w:p>
        </w:tc>
      </w:tr>
    </w:tbl>
    <w:p w14:paraId="56D0E328" w14:textId="77777777" w:rsidR="008F3487" w:rsidRDefault="00000000">
      <w:pPr>
        <w:spacing w:after="160"/>
      </w:pPr>
      <w:r>
        <w:t>Attach evidence that the applicable WI-IAT 2026 registration fee has been paid.</w:t>
      </w:r>
    </w:p>
    <w:p w14:paraId="26A75E48" w14:textId="77777777" w:rsidR="008F3487" w:rsidRDefault="00000000">
      <w:pPr>
        <w:pStyle w:val="Heading1"/>
        <w:spacing w:before="160" w:after="100"/>
      </w:pPr>
      <w:r>
        <w:t>4 Applicant Statement</w:t>
      </w:r>
    </w:p>
    <w:p w14:paraId="7DD8C772" w14:textId="77777777" w:rsidR="008F3487" w:rsidRDefault="00000000">
      <w:r>
        <w:t>In no more than 500 words, describe your contribution to the accepted paper, the academic and professional benefits of attending WI-IAT 2026, your need for financial assistance, and how the award would support your in-person participation.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166"/>
      </w:tblGrid>
      <w:tr w:rsidR="008F3487" w14:paraId="3D1358CE" w14:textId="77777777">
        <w:trPr>
          <w:jc w:val="center"/>
        </w:trPr>
        <w:tc>
          <w:tcPr>
            <w:tcW w:w="10166" w:type="dxa"/>
            <w:shd w:val="clear" w:color="auto" w:fill="FAFAFA"/>
            <w:tcMar>
              <w:top w:w="120" w:type="dxa"/>
              <w:left w:w="120" w:type="dxa"/>
              <w:bottom w:w="120" w:type="dxa"/>
              <w:right w:w="120" w:type="dxa"/>
            </w:tcMar>
          </w:tcPr>
          <w:p w14:paraId="006851B6" w14:textId="77777777" w:rsidR="008F3487" w:rsidRDefault="00000000">
            <w:pPr>
              <w:spacing w:after="0"/>
            </w:pPr>
            <w:r>
              <w:rPr>
                <w:i/>
                <w:color w:val="6E6E6E"/>
                <w:sz w:val="19"/>
              </w:rPr>
              <w:t>Enter response here</w:t>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p>
        </w:tc>
      </w:tr>
    </w:tbl>
    <w:p w14:paraId="2A42BEB1" w14:textId="77777777" w:rsidR="008F3487" w:rsidRDefault="00000000">
      <w:pPr>
        <w:pStyle w:val="Heading1"/>
        <w:spacing w:before="160" w:after="100"/>
      </w:pPr>
      <w:r>
        <w:t>5 Diversity Equity and Inclusion Statement</w:t>
      </w:r>
    </w:p>
    <w:p w14:paraId="5D9A44B8" w14:textId="77777777" w:rsidR="008F3487" w:rsidRDefault="00000000">
      <w:r>
        <w:t>Optional — maximum 200 words. Describe relevant barriers to participation, diversity, equity and inclusion considerations, or contributions to inclusive research and academic communities. These may include geographic location, institutional resources, socioeconomic circumstances, disability or accessibility needs, career stage, underrepresentation in the field, or other barriers. You are not required to disclose sensitive personal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166"/>
      </w:tblGrid>
      <w:tr w:rsidR="008F3487" w14:paraId="1BA6D7E8" w14:textId="77777777">
        <w:trPr>
          <w:jc w:val="center"/>
        </w:trPr>
        <w:tc>
          <w:tcPr>
            <w:tcW w:w="10166" w:type="dxa"/>
            <w:shd w:val="clear" w:color="auto" w:fill="FAFAFA"/>
            <w:tcMar>
              <w:top w:w="120" w:type="dxa"/>
              <w:left w:w="120" w:type="dxa"/>
              <w:bottom w:w="120" w:type="dxa"/>
              <w:right w:w="120" w:type="dxa"/>
            </w:tcMar>
          </w:tcPr>
          <w:p w14:paraId="024B3E6F" w14:textId="77777777" w:rsidR="008F3487" w:rsidRDefault="00000000">
            <w:pPr>
              <w:spacing w:after="0"/>
            </w:pPr>
            <w:r>
              <w:rPr>
                <w:i/>
                <w:color w:val="6E6E6E"/>
                <w:sz w:val="19"/>
              </w:rPr>
              <w:t>Optional response</w:t>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r>
              <w:rPr>
                <w:i/>
                <w:color w:val="6E6E6E"/>
                <w:sz w:val="19"/>
              </w:rPr>
              <w:br/>
            </w:r>
          </w:p>
        </w:tc>
      </w:tr>
    </w:tbl>
    <w:p w14:paraId="6AB59FDF" w14:textId="77777777" w:rsidR="008F3487" w:rsidRDefault="00000000">
      <w:r>
        <w:br w:type="page"/>
      </w:r>
    </w:p>
    <w:p w14:paraId="54C30E85" w14:textId="77777777" w:rsidR="008F3487" w:rsidRDefault="00000000">
      <w:pPr>
        <w:pStyle w:val="Heading1"/>
        <w:spacing w:before="160" w:after="100"/>
      </w:pPr>
      <w:r>
        <w:lastRenderedPageBreak/>
        <w:t>6 Estimated Travel Budget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41"/>
        <w:gridCol w:w="2541"/>
        <w:gridCol w:w="2541"/>
        <w:gridCol w:w="2541"/>
      </w:tblGrid>
      <w:tr w:rsidR="008F3487" w14:paraId="6B67947F" w14:textId="77777777">
        <w:trPr>
          <w:tblHeader/>
          <w:jc w:val="center"/>
        </w:trPr>
        <w:tc>
          <w:tcPr>
            <w:tcW w:w="2541" w:type="dxa"/>
            <w:shd w:val="clear" w:color="auto" w:fill="17365D"/>
            <w:tcMar>
              <w:top w:w="95" w:type="dxa"/>
              <w:left w:w="120" w:type="dxa"/>
              <w:bottom w:w="95" w:type="dxa"/>
              <w:right w:w="120" w:type="dxa"/>
            </w:tcMar>
            <w:vAlign w:val="center"/>
          </w:tcPr>
          <w:p w14:paraId="5A10DC5B" w14:textId="77777777" w:rsidR="008F3487" w:rsidRDefault="00000000">
            <w:pPr>
              <w:spacing w:after="0" w:line="252" w:lineRule="auto"/>
              <w:jc w:val="center"/>
            </w:pPr>
            <w:r>
              <w:rPr>
                <w:b/>
                <w:color w:val="FFFFFF"/>
                <w:sz w:val="18"/>
              </w:rPr>
              <w:t>Expense</w:t>
            </w:r>
          </w:p>
        </w:tc>
        <w:tc>
          <w:tcPr>
            <w:tcW w:w="2541" w:type="dxa"/>
            <w:shd w:val="clear" w:color="auto" w:fill="17365D"/>
            <w:tcMar>
              <w:top w:w="95" w:type="dxa"/>
              <w:left w:w="120" w:type="dxa"/>
              <w:bottom w:w="95" w:type="dxa"/>
              <w:right w:w="120" w:type="dxa"/>
            </w:tcMar>
            <w:vAlign w:val="center"/>
          </w:tcPr>
          <w:p w14:paraId="53E2794E" w14:textId="77777777" w:rsidR="008F3487" w:rsidRDefault="00000000">
            <w:pPr>
              <w:spacing w:after="0" w:line="252" w:lineRule="auto"/>
              <w:jc w:val="center"/>
            </w:pPr>
            <w:r>
              <w:rPr>
                <w:b/>
                <w:color w:val="FFFFFF"/>
                <w:sz w:val="18"/>
              </w:rPr>
              <w:t>Estimated amount</w:t>
            </w:r>
          </w:p>
        </w:tc>
        <w:tc>
          <w:tcPr>
            <w:tcW w:w="2541" w:type="dxa"/>
            <w:shd w:val="clear" w:color="auto" w:fill="17365D"/>
            <w:tcMar>
              <w:top w:w="95" w:type="dxa"/>
              <w:left w:w="120" w:type="dxa"/>
              <w:bottom w:w="95" w:type="dxa"/>
              <w:right w:w="120" w:type="dxa"/>
            </w:tcMar>
            <w:vAlign w:val="center"/>
          </w:tcPr>
          <w:p w14:paraId="325494E8" w14:textId="77777777" w:rsidR="008F3487" w:rsidRDefault="00000000">
            <w:pPr>
              <w:spacing w:after="0" w:line="252" w:lineRule="auto"/>
              <w:jc w:val="center"/>
            </w:pPr>
            <w:r>
              <w:rPr>
                <w:b/>
                <w:color w:val="FFFFFF"/>
                <w:sz w:val="18"/>
              </w:rPr>
              <w:t>Currency</w:t>
            </w:r>
          </w:p>
        </w:tc>
        <w:tc>
          <w:tcPr>
            <w:tcW w:w="2541" w:type="dxa"/>
            <w:shd w:val="clear" w:color="auto" w:fill="17365D"/>
            <w:tcMar>
              <w:top w:w="95" w:type="dxa"/>
              <w:left w:w="120" w:type="dxa"/>
              <w:bottom w:w="95" w:type="dxa"/>
              <w:right w:w="120" w:type="dxa"/>
            </w:tcMar>
            <w:vAlign w:val="center"/>
          </w:tcPr>
          <w:p w14:paraId="71E14D83" w14:textId="77777777" w:rsidR="008F3487" w:rsidRDefault="00000000">
            <w:pPr>
              <w:spacing w:after="0" w:line="252" w:lineRule="auto"/>
              <w:jc w:val="center"/>
            </w:pPr>
            <w:r>
              <w:rPr>
                <w:b/>
                <w:color w:val="FFFFFF"/>
                <w:sz w:val="18"/>
              </w:rPr>
              <w:t>Other funding confirmed</w:t>
            </w:r>
          </w:p>
        </w:tc>
      </w:tr>
      <w:tr w:rsidR="008F3487" w14:paraId="5995D421" w14:textId="77777777">
        <w:trPr>
          <w:jc w:val="center"/>
        </w:trPr>
        <w:tc>
          <w:tcPr>
            <w:tcW w:w="2541" w:type="dxa"/>
            <w:tcMar>
              <w:top w:w="95" w:type="dxa"/>
              <w:left w:w="120" w:type="dxa"/>
              <w:bottom w:w="95" w:type="dxa"/>
              <w:right w:w="120" w:type="dxa"/>
            </w:tcMar>
            <w:vAlign w:val="center"/>
          </w:tcPr>
          <w:p w14:paraId="7FB8BA5A" w14:textId="77777777" w:rsidR="008F3487" w:rsidRDefault="00000000">
            <w:pPr>
              <w:spacing w:after="0" w:line="252" w:lineRule="auto"/>
            </w:pPr>
            <w:r>
              <w:rPr>
                <w:sz w:val="18"/>
              </w:rPr>
              <w:t>Airfare or other transport</w:t>
            </w:r>
          </w:p>
        </w:tc>
        <w:tc>
          <w:tcPr>
            <w:tcW w:w="2541" w:type="dxa"/>
            <w:tcMar>
              <w:top w:w="95" w:type="dxa"/>
              <w:left w:w="120" w:type="dxa"/>
              <w:bottom w:w="95" w:type="dxa"/>
              <w:right w:w="120" w:type="dxa"/>
            </w:tcMar>
            <w:vAlign w:val="center"/>
          </w:tcPr>
          <w:p w14:paraId="6CD21663" w14:textId="77777777" w:rsidR="008F3487" w:rsidRDefault="00000000">
            <w:pPr>
              <w:spacing w:after="0" w:line="252" w:lineRule="auto"/>
              <w:jc w:val="center"/>
            </w:pPr>
            <w:r>
              <w:rPr>
                <w:sz w:val="18"/>
              </w:rPr>
              <w:t>[Amount]</w:t>
            </w:r>
          </w:p>
        </w:tc>
        <w:tc>
          <w:tcPr>
            <w:tcW w:w="2541" w:type="dxa"/>
            <w:tcMar>
              <w:top w:w="95" w:type="dxa"/>
              <w:left w:w="120" w:type="dxa"/>
              <w:bottom w:w="95" w:type="dxa"/>
              <w:right w:w="120" w:type="dxa"/>
            </w:tcMar>
            <w:vAlign w:val="center"/>
          </w:tcPr>
          <w:p w14:paraId="52B1D25E" w14:textId="77777777" w:rsidR="008F3487" w:rsidRDefault="00000000">
            <w:pPr>
              <w:spacing w:after="0" w:line="252" w:lineRule="auto"/>
              <w:jc w:val="center"/>
            </w:pPr>
            <w:r>
              <w:rPr>
                <w:sz w:val="18"/>
              </w:rPr>
              <w:t>[Currency]</w:t>
            </w:r>
          </w:p>
        </w:tc>
        <w:tc>
          <w:tcPr>
            <w:tcW w:w="2541" w:type="dxa"/>
            <w:tcMar>
              <w:top w:w="95" w:type="dxa"/>
              <w:left w:w="120" w:type="dxa"/>
              <w:bottom w:w="95" w:type="dxa"/>
              <w:right w:w="120" w:type="dxa"/>
            </w:tcMar>
            <w:vAlign w:val="center"/>
          </w:tcPr>
          <w:p w14:paraId="0AE04A7A" w14:textId="77777777" w:rsidR="008F3487" w:rsidRDefault="00000000">
            <w:pPr>
              <w:spacing w:after="0" w:line="252" w:lineRule="auto"/>
              <w:jc w:val="center"/>
            </w:pPr>
            <w:r>
              <w:rPr>
                <w:sz w:val="18"/>
              </w:rPr>
              <w:t>[Amount or none]</w:t>
            </w:r>
          </w:p>
        </w:tc>
      </w:tr>
      <w:tr w:rsidR="008F3487" w14:paraId="6D1C63EE" w14:textId="77777777">
        <w:trPr>
          <w:jc w:val="center"/>
        </w:trPr>
        <w:tc>
          <w:tcPr>
            <w:tcW w:w="2541" w:type="dxa"/>
            <w:shd w:val="clear" w:color="auto" w:fill="F6F8FB"/>
            <w:tcMar>
              <w:top w:w="95" w:type="dxa"/>
              <w:left w:w="120" w:type="dxa"/>
              <w:bottom w:w="95" w:type="dxa"/>
              <w:right w:w="120" w:type="dxa"/>
            </w:tcMar>
            <w:vAlign w:val="center"/>
          </w:tcPr>
          <w:p w14:paraId="63F7DD76" w14:textId="77777777" w:rsidR="008F3487" w:rsidRDefault="00000000">
            <w:pPr>
              <w:spacing w:after="0" w:line="252" w:lineRule="auto"/>
            </w:pPr>
            <w:r>
              <w:rPr>
                <w:sz w:val="18"/>
              </w:rPr>
              <w:t>Accommodation</w:t>
            </w:r>
          </w:p>
        </w:tc>
        <w:tc>
          <w:tcPr>
            <w:tcW w:w="2541" w:type="dxa"/>
            <w:shd w:val="clear" w:color="auto" w:fill="F6F8FB"/>
            <w:tcMar>
              <w:top w:w="95" w:type="dxa"/>
              <w:left w:w="120" w:type="dxa"/>
              <w:bottom w:w="95" w:type="dxa"/>
              <w:right w:w="120" w:type="dxa"/>
            </w:tcMar>
            <w:vAlign w:val="center"/>
          </w:tcPr>
          <w:p w14:paraId="36F7F227" w14:textId="77777777" w:rsidR="008F3487" w:rsidRDefault="00000000">
            <w:pPr>
              <w:spacing w:after="0" w:line="252" w:lineRule="auto"/>
              <w:jc w:val="center"/>
            </w:pPr>
            <w:r>
              <w:rPr>
                <w:sz w:val="18"/>
              </w:rPr>
              <w:t>[Amount]</w:t>
            </w:r>
          </w:p>
        </w:tc>
        <w:tc>
          <w:tcPr>
            <w:tcW w:w="2541" w:type="dxa"/>
            <w:shd w:val="clear" w:color="auto" w:fill="F6F8FB"/>
            <w:tcMar>
              <w:top w:w="95" w:type="dxa"/>
              <w:left w:w="120" w:type="dxa"/>
              <w:bottom w:w="95" w:type="dxa"/>
              <w:right w:w="120" w:type="dxa"/>
            </w:tcMar>
            <w:vAlign w:val="center"/>
          </w:tcPr>
          <w:p w14:paraId="6111866D" w14:textId="77777777" w:rsidR="008F3487" w:rsidRDefault="00000000">
            <w:pPr>
              <w:spacing w:after="0" w:line="252" w:lineRule="auto"/>
              <w:jc w:val="center"/>
            </w:pPr>
            <w:r>
              <w:rPr>
                <w:sz w:val="18"/>
              </w:rPr>
              <w:t>[Currency]</w:t>
            </w:r>
          </w:p>
        </w:tc>
        <w:tc>
          <w:tcPr>
            <w:tcW w:w="2541" w:type="dxa"/>
            <w:shd w:val="clear" w:color="auto" w:fill="F6F8FB"/>
            <w:tcMar>
              <w:top w:w="95" w:type="dxa"/>
              <w:left w:w="120" w:type="dxa"/>
              <w:bottom w:w="95" w:type="dxa"/>
              <w:right w:w="120" w:type="dxa"/>
            </w:tcMar>
            <w:vAlign w:val="center"/>
          </w:tcPr>
          <w:p w14:paraId="785EEFA4" w14:textId="77777777" w:rsidR="008F3487" w:rsidRDefault="00000000">
            <w:pPr>
              <w:spacing w:after="0" w:line="252" w:lineRule="auto"/>
              <w:jc w:val="center"/>
            </w:pPr>
            <w:r>
              <w:rPr>
                <w:sz w:val="18"/>
              </w:rPr>
              <w:t>[Amount or none]</w:t>
            </w:r>
          </w:p>
        </w:tc>
      </w:tr>
      <w:tr w:rsidR="008F3487" w14:paraId="19179F2E" w14:textId="77777777">
        <w:trPr>
          <w:jc w:val="center"/>
        </w:trPr>
        <w:tc>
          <w:tcPr>
            <w:tcW w:w="2541" w:type="dxa"/>
            <w:tcMar>
              <w:top w:w="95" w:type="dxa"/>
              <w:left w:w="120" w:type="dxa"/>
              <w:bottom w:w="95" w:type="dxa"/>
              <w:right w:w="120" w:type="dxa"/>
            </w:tcMar>
            <w:vAlign w:val="center"/>
          </w:tcPr>
          <w:p w14:paraId="75329D51" w14:textId="77777777" w:rsidR="008F3487" w:rsidRDefault="00000000">
            <w:pPr>
              <w:spacing w:after="0" w:line="252" w:lineRule="auto"/>
            </w:pPr>
            <w:r>
              <w:rPr>
                <w:sz w:val="18"/>
              </w:rPr>
              <w:t>Visa costs</w:t>
            </w:r>
          </w:p>
        </w:tc>
        <w:tc>
          <w:tcPr>
            <w:tcW w:w="2541" w:type="dxa"/>
            <w:tcMar>
              <w:top w:w="95" w:type="dxa"/>
              <w:left w:w="120" w:type="dxa"/>
              <w:bottom w:w="95" w:type="dxa"/>
              <w:right w:w="120" w:type="dxa"/>
            </w:tcMar>
            <w:vAlign w:val="center"/>
          </w:tcPr>
          <w:p w14:paraId="31CA1002" w14:textId="77777777" w:rsidR="008F3487" w:rsidRDefault="00000000">
            <w:pPr>
              <w:spacing w:after="0" w:line="252" w:lineRule="auto"/>
              <w:jc w:val="center"/>
            </w:pPr>
            <w:r>
              <w:rPr>
                <w:sz w:val="18"/>
              </w:rPr>
              <w:t>[Amount]</w:t>
            </w:r>
          </w:p>
        </w:tc>
        <w:tc>
          <w:tcPr>
            <w:tcW w:w="2541" w:type="dxa"/>
            <w:tcMar>
              <w:top w:w="95" w:type="dxa"/>
              <w:left w:w="120" w:type="dxa"/>
              <w:bottom w:w="95" w:type="dxa"/>
              <w:right w:w="120" w:type="dxa"/>
            </w:tcMar>
            <w:vAlign w:val="center"/>
          </w:tcPr>
          <w:p w14:paraId="2FD4DFA4" w14:textId="77777777" w:rsidR="008F3487" w:rsidRDefault="00000000">
            <w:pPr>
              <w:spacing w:after="0" w:line="252" w:lineRule="auto"/>
              <w:jc w:val="center"/>
            </w:pPr>
            <w:r>
              <w:rPr>
                <w:sz w:val="18"/>
              </w:rPr>
              <w:t>[Currency]</w:t>
            </w:r>
          </w:p>
        </w:tc>
        <w:tc>
          <w:tcPr>
            <w:tcW w:w="2541" w:type="dxa"/>
            <w:tcMar>
              <w:top w:w="95" w:type="dxa"/>
              <w:left w:w="120" w:type="dxa"/>
              <w:bottom w:w="95" w:type="dxa"/>
              <w:right w:w="120" w:type="dxa"/>
            </w:tcMar>
            <w:vAlign w:val="center"/>
          </w:tcPr>
          <w:p w14:paraId="149451ED" w14:textId="77777777" w:rsidR="008F3487" w:rsidRDefault="00000000">
            <w:pPr>
              <w:spacing w:after="0" w:line="252" w:lineRule="auto"/>
              <w:jc w:val="center"/>
            </w:pPr>
            <w:r>
              <w:rPr>
                <w:sz w:val="18"/>
              </w:rPr>
              <w:t>[Amount or none]</w:t>
            </w:r>
          </w:p>
        </w:tc>
      </w:tr>
      <w:tr w:rsidR="008F3487" w14:paraId="5E672B8E" w14:textId="77777777">
        <w:trPr>
          <w:jc w:val="center"/>
        </w:trPr>
        <w:tc>
          <w:tcPr>
            <w:tcW w:w="2541" w:type="dxa"/>
            <w:tcMar>
              <w:top w:w="95" w:type="dxa"/>
              <w:left w:w="120" w:type="dxa"/>
              <w:bottom w:w="95" w:type="dxa"/>
              <w:right w:w="120" w:type="dxa"/>
            </w:tcMar>
            <w:vAlign w:val="center"/>
          </w:tcPr>
          <w:p w14:paraId="5B627F7B" w14:textId="77777777" w:rsidR="008F3487" w:rsidRDefault="00000000">
            <w:pPr>
              <w:spacing w:after="0" w:line="252" w:lineRule="auto"/>
            </w:pPr>
            <w:r>
              <w:rPr>
                <w:sz w:val="18"/>
              </w:rPr>
              <w:t>Other expenses</w:t>
            </w:r>
          </w:p>
        </w:tc>
        <w:tc>
          <w:tcPr>
            <w:tcW w:w="2541" w:type="dxa"/>
            <w:tcMar>
              <w:top w:w="95" w:type="dxa"/>
              <w:left w:w="120" w:type="dxa"/>
              <w:bottom w:w="95" w:type="dxa"/>
              <w:right w:w="120" w:type="dxa"/>
            </w:tcMar>
            <w:vAlign w:val="center"/>
          </w:tcPr>
          <w:p w14:paraId="6CC16800" w14:textId="77777777" w:rsidR="008F3487" w:rsidRDefault="00000000">
            <w:pPr>
              <w:spacing w:after="0" w:line="252" w:lineRule="auto"/>
              <w:jc w:val="center"/>
            </w:pPr>
            <w:r>
              <w:rPr>
                <w:sz w:val="18"/>
              </w:rPr>
              <w:t>[Amount]</w:t>
            </w:r>
          </w:p>
        </w:tc>
        <w:tc>
          <w:tcPr>
            <w:tcW w:w="2541" w:type="dxa"/>
            <w:tcMar>
              <w:top w:w="95" w:type="dxa"/>
              <w:left w:w="120" w:type="dxa"/>
              <w:bottom w:w="95" w:type="dxa"/>
              <w:right w:w="120" w:type="dxa"/>
            </w:tcMar>
            <w:vAlign w:val="center"/>
          </w:tcPr>
          <w:p w14:paraId="52BFAB6E" w14:textId="77777777" w:rsidR="008F3487" w:rsidRDefault="00000000">
            <w:pPr>
              <w:spacing w:after="0" w:line="252" w:lineRule="auto"/>
              <w:jc w:val="center"/>
            </w:pPr>
            <w:r>
              <w:rPr>
                <w:sz w:val="18"/>
              </w:rPr>
              <w:t>[Currency]</w:t>
            </w:r>
          </w:p>
        </w:tc>
        <w:tc>
          <w:tcPr>
            <w:tcW w:w="2541" w:type="dxa"/>
            <w:tcMar>
              <w:top w:w="95" w:type="dxa"/>
              <w:left w:w="120" w:type="dxa"/>
              <w:bottom w:w="95" w:type="dxa"/>
              <w:right w:w="120" w:type="dxa"/>
            </w:tcMar>
            <w:vAlign w:val="center"/>
          </w:tcPr>
          <w:p w14:paraId="1E20764D" w14:textId="77777777" w:rsidR="008F3487" w:rsidRDefault="00000000">
            <w:pPr>
              <w:spacing w:after="0" w:line="252" w:lineRule="auto"/>
              <w:jc w:val="center"/>
            </w:pPr>
            <w:r>
              <w:rPr>
                <w:sz w:val="18"/>
              </w:rPr>
              <w:t>[Amount or none]</w:t>
            </w:r>
          </w:p>
        </w:tc>
      </w:tr>
      <w:tr w:rsidR="008F3487" w14:paraId="2407E33A" w14:textId="77777777">
        <w:trPr>
          <w:jc w:val="center"/>
        </w:trPr>
        <w:tc>
          <w:tcPr>
            <w:tcW w:w="2541" w:type="dxa"/>
            <w:shd w:val="clear" w:color="auto" w:fill="F6F8FB"/>
            <w:tcMar>
              <w:top w:w="95" w:type="dxa"/>
              <w:left w:w="120" w:type="dxa"/>
              <w:bottom w:w="95" w:type="dxa"/>
              <w:right w:w="120" w:type="dxa"/>
            </w:tcMar>
            <w:vAlign w:val="center"/>
          </w:tcPr>
          <w:p w14:paraId="36FEE0A5" w14:textId="77777777" w:rsidR="008F3487" w:rsidRDefault="00000000">
            <w:pPr>
              <w:spacing w:after="0" w:line="252" w:lineRule="auto"/>
            </w:pPr>
            <w:r>
              <w:rPr>
                <w:b/>
                <w:sz w:val="18"/>
              </w:rPr>
              <w:t>Total</w:t>
            </w:r>
          </w:p>
        </w:tc>
        <w:tc>
          <w:tcPr>
            <w:tcW w:w="2541" w:type="dxa"/>
            <w:shd w:val="clear" w:color="auto" w:fill="F6F8FB"/>
            <w:tcMar>
              <w:top w:w="95" w:type="dxa"/>
              <w:left w:w="120" w:type="dxa"/>
              <w:bottom w:w="95" w:type="dxa"/>
              <w:right w:w="120" w:type="dxa"/>
            </w:tcMar>
            <w:vAlign w:val="center"/>
          </w:tcPr>
          <w:p w14:paraId="6AFCEFA8" w14:textId="77777777" w:rsidR="008F3487" w:rsidRDefault="00000000">
            <w:pPr>
              <w:spacing w:after="0" w:line="252" w:lineRule="auto"/>
              <w:jc w:val="center"/>
            </w:pPr>
            <w:r>
              <w:rPr>
                <w:sz w:val="18"/>
              </w:rPr>
              <w:t>[Amount]</w:t>
            </w:r>
          </w:p>
        </w:tc>
        <w:tc>
          <w:tcPr>
            <w:tcW w:w="2541" w:type="dxa"/>
            <w:shd w:val="clear" w:color="auto" w:fill="F6F8FB"/>
            <w:tcMar>
              <w:top w:w="95" w:type="dxa"/>
              <w:left w:w="120" w:type="dxa"/>
              <w:bottom w:w="95" w:type="dxa"/>
              <w:right w:w="120" w:type="dxa"/>
            </w:tcMar>
            <w:vAlign w:val="center"/>
          </w:tcPr>
          <w:p w14:paraId="0482F872" w14:textId="77777777" w:rsidR="008F3487" w:rsidRDefault="00000000">
            <w:pPr>
              <w:spacing w:after="0" w:line="252" w:lineRule="auto"/>
              <w:jc w:val="center"/>
            </w:pPr>
            <w:r>
              <w:rPr>
                <w:sz w:val="18"/>
              </w:rPr>
              <w:t>[Currency]</w:t>
            </w:r>
          </w:p>
        </w:tc>
        <w:tc>
          <w:tcPr>
            <w:tcW w:w="2541" w:type="dxa"/>
            <w:shd w:val="clear" w:color="auto" w:fill="F6F8FB"/>
            <w:tcMar>
              <w:top w:w="95" w:type="dxa"/>
              <w:left w:w="120" w:type="dxa"/>
              <w:bottom w:w="95" w:type="dxa"/>
              <w:right w:w="120" w:type="dxa"/>
            </w:tcMar>
            <w:vAlign w:val="center"/>
          </w:tcPr>
          <w:p w14:paraId="2F81DCFF" w14:textId="77777777" w:rsidR="008F3487" w:rsidRDefault="00000000">
            <w:pPr>
              <w:spacing w:after="0" w:line="252" w:lineRule="auto"/>
              <w:jc w:val="center"/>
            </w:pPr>
            <w:r>
              <w:rPr>
                <w:sz w:val="18"/>
              </w:rPr>
              <w:t>[Amount or none]</w:t>
            </w:r>
          </w:p>
        </w:tc>
      </w:tr>
    </w:tbl>
    <w:p w14:paraId="5DA4F193" w14:textId="77777777" w:rsidR="008F3487" w:rsidRDefault="00000000">
      <w:pPr>
        <w:spacing w:before="140"/>
      </w:pPr>
      <w:r>
        <w:rPr>
          <w:b/>
        </w:rPr>
        <w:t>Other travel funding received or requested</w:t>
      </w:r>
    </w:p>
    <w:p w14:paraId="1BD47583" w14:textId="77777777" w:rsidR="008F3487" w:rsidRDefault="00000000">
      <w:r>
        <w:t>List the source, amount, currency and application status. Enter “None” if not applicable.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166"/>
      </w:tblGrid>
      <w:tr w:rsidR="008F3487" w14:paraId="43F300F3" w14:textId="77777777">
        <w:trPr>
          <w:jc w:val="center"/>
        </w:trPr>
        <w:tc>
          <w:tcPr>
            <w:tcW w:w="10166" w:type="dxa"/>
            <w:shd w:val="clear" w:color="auto" w:fill="FAFAFA"/>
            <w:tcMar>
              <w:top w:w="120" w:type="dxa"/>
              <w:left w:w="120" w:type="dxa"/>
              <w:bottom w:w="120" w:type="dxa"/>
              <w:right w:w="120" w:type="dxa"/>
            </w:tcMar>
          </w:tcPr>
          <w:p w14:paraId="40ACE5A7" w14:textId="69A09FB7" w:rsidR="008F3487" w:rsidRDefault="00000000">
            <w:pPr>
              <w:spacing w:after="0"/>
            </w:pPr>
            <w:r>
              <w:rPr>
                <w:i/>
                <w:color w:val="6E6E6E"/>
                <w:sz w:val="19"/>
              </w:rPr>
              <w:t>Enter response here</w:t>
            </w:r>
            <w:r>
              <w:rPr>
                <w:i/>
                <w:color w:val="6E6E6E"/>
                <w:sz w:val="19"/>
              </w:rPr>
              <w:br/>
            </w:r>
            <w:r>
              <w:rPr>
                <w:i/>
                <w:color w:val="6E6E6E"/>
                <w:sz w:val="19"/>
              </w:rPr>
              <w:br/>
            </w:r>
          </w:p>
        </w:tc>
      </w:tr>
    </w:tbl>
    <w:p w14:paraId="5C78367A" w14:textId="77777777" w:rsidR="008F3487" w:rsidRDefault="00000000">
      <w:pPr>
        <w:pStyle w:val="Heading1"/>
        <w:spacing w:before="160" w:after="100"/>
      </w:pPr>
      <w:r>
        <w:t>7 Supervisor or Advisor Endorsement</w:t>
      </w:r>
    </w:p>
    <w:p w14:paraId="0ACEDC1C" w14:textId="77777777" w:rsidR="008F3487" w:rsidRDefault="00000000">
      <w:r>
        <w:t>This section must be completed and signed by the applicant’s academic supervisor or advisor.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2E52E009" w14:textId="77777777">
        <w:trPr>
          <w:jc w:val="center"/>
        </w:trPr>
        <w:tc>
          <w:tcPr>
            <w:tcW w:w="5083" w:type="dxa"/>
            <w:shd w:val="clear" w:color="auto" w:fill="EAF0F7"/>
            <w:tcMar>
              <w:top w:w="95" w:type="dxa"/>
              <w:left w:w="120" w:type="dxa"/>
              <w:bottom w:w="95" w:type="dxa"/>
              <w:right w:w="120" w:type="dxa"/>
            </w:tcMar>
            <w:vAlign w:val="center"/>
          </w:tcPr>
          <w:p w14:paraId="3CDEE654" w14:textId="77777777" w:rsidR="008F3487" w:rsidRDefault="00000000">
            <w:pPr>
              <w:spacing w:after="0" w:line="252" w:lineRule="auto"/>
            </w:pPr>
            <w:r>
              <w:rPr>
                <w:b/>
                <w:sz w:val="19"/>
              </w:rPr>
              <w:t>Name</w:t>
            </w:r>
          </w:p>
        </w:tc>
        <w:tc>
          <w:tcPr>
            <w:tcW w:w="5083" w:type="dxa"/>
            <w:tcMar>
              <w:top w:w="95" w:type="dxa"/>
              <w:left w:w="120" w:type="dxa"/>
              <w:bottom w:w="95" w:type="dxa"/>
              <w:right w:w="120" w:type="dxa"/>
            </w:tcMar>
            <w:vAlign w:val="center"/>
          </w:tcPr>
          <w:p w14:paraId="4E36FB48" w14:textId="77777777" w:rsidR="008F3487" w:rsidRDefault="00000000">
            <w:pPr>
              <w:spacing w:after="0" w:line="252" w:lineRule="auto"/>
            </w:pPr>
            <w:r>
              <w:rPr>
                <w:color w:val="595959"/>
                <w:sz w:val="19"/>
              </w:rPr>
              <w:t>[Enter full name]</w:t>
            </w:r>
          </w:p>
        </w:tc>
      </w:tr>
      <w:tr w:rsidR="008F3487" w14:paraId="0CAE15DE" w14:textId="77777777">
        <w:trPr>
          <w:jc w:val="center"/>
        </w:trPr>
        <w:tc>
          <w:tcPr>
            <w:tcW w:w="5083" w:type="dxa"/>
            <w:shd w:val="clear" w:color="auto" w:fill="EAF0F7"/>
            <w:tcMar>
              <w:top w:w="95" w:type="dxa"/>
              <w:left w:w="120" w:type="dxa"/>
              <w:bottom w:w="95" w:type="dxa"/>
              <w:right w:w="120" w:type="dxa"/>
            </w:tcMar>
            <w:vAlign w:val="center"/>
          </w:tcPr>
          <w:p w14:paraId="3C697BCE" w14:textId="77777777" w:rsidR="008F3487" w:rsidRDefault="00000000">
            <w:pPr>
              <w:spacing w:after="0" w:line="252" w:lineRule="auto"/>
            </w:pPr>
            <w:r>
              <w:rPr>
                <w:b/>
                <w:sz w:val="19"/>
              </w:rPr>
              <w:t>Position</w:t>
            </w:r>
          </w:p>
        </w:tc>
        <w:tc>
          <w:tcPr>
            <w:tcW w:w="5083" w:type="dxa"/>
            <w:tcMar>
              <w:top w:w="95" w:type="dxa"/>
              <w:left w:w="120" w:type="dxa"/>
              <w:bottom w:w="95" w:type="dxa"/>
              <w:right w:w="120" w:type="dxa"/>
            </w:tcMar>
            <w:vAlign w:val="center"/>
          </w:tcPr>
          <w:p w14:paraId="35BF7311" w14:textId="77777777" w:rsidR="008F3487" w:rsidRDefault="00000000">
            <w:pPr>
              <w:spacing w:after="0" w:line="252" w:lineRule="auto"/>
            </w:pPr>
            <w:r>
              <w:rPr>
                <w:color w:val="595959"/>
                <w:sz w:val="19"/>
              </w:rPr>
              <w:t>[Enter position]</w:t>
            </w:r>
          </w:p>
        </w:tc>
      </w:tr>
      <w:tr w:rsidR="008F3487" w14:paraId="77EE6E05" w14:textId="77777777">
        <w:trPr>
          <w:jc w:val="center"/>
        </w:trPr>
        <w:tc>
          <w:tcPr>
            <w:tcW w:w="5083" w:type="dxa"/>
            <w:shd w:val="clear" w:color="auto" w:fill="EAF0F7"/>
            <w:tcMar>
              <w:top w:w="95" w:type="dxa"/>
              <w:left w:w="120" w:type="dxa"/>
              <w:bottom w:w="95" w:type="dxa"/>
              <w:right w:w="120" w:type="dxa"/>
            </w:tcMar>
            <w:vAlign w:val="center"/>
          </w:tcPr>
          <w:p w14:paraId="0D898C17" w14:textId="77777777" w:rsidR="008F3487" w:rsidRDefault="00000000">
            <w:pPr>
              <w:spacing w:after="0" w:line="252" w:lineRule="auto"/>
            </w:pPr>
            <w:r>
              <w:rPr>
                <w:b/>
                <w:sz w:val="19"/>
              </w:rPr>
              <w:t>Institution</w:t>
            </w:r>
          </w:p>
        </w:tc>
        <w:tc>
          <w:tcPr>
            <w:tcW w:w="5083" w:type="dxa"/>
            <w:tcMar>
              <w:top w:w="95" w:type="dxa"/>
              <w:left w:w="120" w:type="dxa"/>
              <w:bottom w:w="95" w:type="dxa"/>
              <w:right w:w="120" w:type="dxa"/>
            </w:tcMar>
            <w:vAlign w:val="center"/>
          </w:tcPr>
          <w:p w14:paraId="70D008CC" w14:textId="77777777" w:rsidR="008F3487" w:rsidRDefault="00000000">
            <w:pPr>
              <w:spacing w:after="0" w:line="252" w:lineRule="auto"/>
            </w:pPr>
            <w:r>
              <w:rPr>
                <w:color w:val="595959"/>
                <w:sz w:val="19"/>
              </w:rPr>
              <w:t>[Enter institution]</w:t>
            </w:r>
          </w:p>
        </w:tc>
      </w:tr>
      <w:tr w:rsidR="008F3487" w14:paraId="5EBA07AB" w14:textId="77777777">
        <w:trPr>
          <w:jc w:val="center"/>
        </w:trPr>
        <w:tc>
          <w:tcPr>
            <w:tcW w:w="5083" w:type="dxa"/>
            <w:shd w:val="clear" w:color="auto" w:fill="EAF0F7"/>
            <w:tcMar>
              <w:top w:w="95" w:type="dxa"/>
              <w:left w:w="120" w:type="dxa"/>
              <w:bottom w:w="95" w:type="dxa"/>
              <w:right w:w="120" w:type="dxa"/>
            </w:tcMar>
            <w:vAlign w:val="center"/>
          </w:tcPr>
          <w:p w14:paraId="10FFB606" w14:textId="77777777" w:rsidR="008F3487" w:rsidRDefault="00000000">
            <w:pPr>
              <w:spacing w:after="0" w:line="252" w:lineRule="auto"/>
            </w:pPr>
            <w:r>
              <w:rPr>
                <w:b/>
                <w:sz w:val="19"/>
              </w:rPr>
              <w:t>Institutional email</w:t>
            </w:r>
          </w:p>
        </w:tc>
        <w:tc>
          <w:tcPr>
            <w:tcW w:w="5083" w:type="dxa"/>
            <w:tcMar>
              <w:top w:w="95" w:type="dxa"/>
              <w:left w:w="120" w:type="dxa"/>
              <w:bottom w:w="95" w:type="dxa"/>
              <w:right w:w="120" w:type="dxa"/>
            </w:tcMar>
            <w:vAlign w:val="center"/>
          </w:tcPr>
          <w:p w14:paraId="3CF6AF90" w14:textId="77777777" w:rsidR="008F3487" w:rsidRDefault="00000000">
            <w:pPr>
              <w:spacing w:after="0" w:line="252" w:lineRule="auto"/>
            </w:pPr>
            <w:r>
              <w:rPr>
                <w:color w:val="595959"/>
                <w:sz w:val="19"/>
              </w:rPr>
              <w:t>[Enter email]</w:t>
            </w:r>
          </w:p>
        </w:tc>
      </w:tr>
      <w:tr w:rsidR="008F3487" w14:paraId="66C9FB00" w14:textId="77777777">
        <w:trPr>
          <w:jc w:val="center"/>
        </w:trPr>
        <w:tc>
          <w:tcPr>
            <w:tcW w:w="5083" w:type="dxa"/>
            <w:shd w:val="clear" w:color="auto" w:fill="EAF0F7"/>
            <w:tcMar>
              <w:top w:w="95" w:type="dxa"/>
              <w:left w:w="120" w:type="dxa"/>
              <w:bottom w:w="95" w:type="dxa"/>
              <w:right w:w="120" w:type="dxa"/>
            </w:tcMar>
            <w:vAlign w:val="center"/>
          </w:tcPr>
          <w:p w14:paraId="21C51B97" w14:textId="77777777" w:rsidR="008F3487" w:rsidRDefault="00000000">
            <w:pPr>
              <w:spacing w:after="0" w:line="252" w:lineRule="auto"/>
            </w:pPr>
            <w:r>
              <w:rPr>
                <w:b/>
                <w:sz w:val="19"/>
              </w:rPr>
              <w:t>Relationship to applicant</w:t>
            </w:r>
          </w:p>
        </w:tc>
        <w:tc>
          <w:tcPr>
            <w:tcW w:w="5083" w:type="dxa"/>
            <w:tcMar>
              <w:top w:w="95" w:type="dxa"/>
              <w:left w:w="120" w:type="dxa"/>
              <w:bottom w:w="95" w:type="dxa"/>
              <w:right w:w="120" w:type="dxa"/>
            </w:tcMar>
            <w:vAlign w:val="center"/>
          </w:tcPr>
          <w:p w14:paraId="21C03BFC" w14:textId="77777777" w:rsidR="008F3487" w:rsidRDefault="00000000">
            <w:pPr>
              <w:spacing w:after="0" w:line="252" w:lineRule="auto"/>
            </w:pPr>
            <w:r>
              <w:rPr>
                <w:color w:val="595959"/>
                <w:sz w:val="19"/>
              </w:rPr>
              <w:t>☐ Principal supervisor   ☐ Co-supervisor   ☐ Academic advisor   ☐ Other</w:t>
            </w:r>
          </w:p>
        </w:tc>
      </w:tr>
    </w:tbl>
    <w:p w14:paraId="6DAF21A3" w14:textId="77777777" w:rsidR="008F3487" w:rsidRDefault="00000000">
      <w:pPr>
        <w:spacing w:before="140"/>
      </w:pPr>
      <w:r>
        <w:rPr>
          <w:b/>
        </w:rPr>
        <w:t>Supervisor or advisor confirmation</w:t>
      </w:r>
    </w:p>
    <w:p w14:paraId="72AA66F8" w14:textId="77777777" w:rsidR="008F3487" w:rsidRDefault="00000000">
      <w:pPr>
        <w:spacing w:after="60" w:line="252" w:lineRule="auto"/>
        <w:ind w:left="259" w:hanging="259"/>
      </w:pPr>
      <w:r>
        <w:t>☐ The applicant will be actively enrolled as a student during 3–6 December 2026.</w:t>
      </w:r>
    </w:p>
    <w:p w14:paraId="0E3D2292" w14:textId="77777777" w:rsidR="008F3487" w:rsidRDefault="00000000">
      <w:pPr>
        <w:spacing w:after="60" w:line="252" w:lineRule="auto"/>
        <w:ind w:left="259" w:hanging="259"/>
      </w:pPr>
      <w:r>
        <w:t>☐ The applicant made a substantive contribution to the accepted paper.</w:t>
      </w:r>
    </w:p>
    <w:p w14:paraId="5A63F2DC" w14:textId="77777777" w:rsidR="008F3487" w:rsidRDefault="00000000">
      <w:pPr>
        <w:spacing w:after="60" w:line="252" w:lineRule="auto"/>
        <w:ind w:left="259" w:hanging="259"/>
      </w:pPr>
      <w:r>
        <w:t>☐ Attending WI-IAT 2026 would benefit the applicant’s research and professional development.</w:t>
      </w:r>
    </w:p>
    <w:p w14:paraId="4768C820" w14:textId="77777777" w:rsidR="008F3487" w:rsidRDefault="00000000">
      <w:pPr>
        <w:spacing w:after="60" w:line="252" w:lineRule="auto"/>
        <w:ind w:left="259" w:hanging="259"/>
      </w:pPr>
      <w:r>
        <w:t>☐ The applicant would benefit from travel support.</w:t>
      </w:r>
    </w:p>
    <w:p w14:paraId="19D2442D" w14:textId="68BA27B2" w:rsidR="008F3487" w:rsidRDefault="00000000">
      <w:r>
        <w:t xml:space="preserve">In no more than </w:t>
      </w:r>
      <w:r w:rsidR="006D11A2">
        <w:t>3</w:t>
      </w:r>
      <w:r>
        <w:t>00 words, comment on the applicant’s contribution, the value of conference participation and the need for travel assistance.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13D1EFDE" w14:textId="77777777">
        <w:trPr>
          <w:jc w:val="center"/>
        </w:trPr>
        <w:tc>
          <w:tcPr>
            <w:tcW w:w="10166" w:type="dxa"/>
            <w:gridSpan w:val="2"/>
            <w:shd w:val="clear" w:color="auto" w:fill="FAFAFA"/>
            <w:tcMar>
              <w:top w:w="120" w:type="dxa"/>
              <w:left w:w="120" w:type="dxa"/>
              <w:bottom w:w="120" w:type="dxa"/>
              <w:right w:w="120" w:type="dxa"/>
            </w:tcMar>
          </w:tcPr>
          <w:p w14:paraId="1ABA97DD" w14:textId="77777777" w:rsidR="006D11A2" w:rsidRDefault="00000000">
            <w:pPr>
              <w:spacing w:after="0"/>
              <w:rPr>
                <w:i/>
                <w:color w:val="6E6E6E"/>
                <w:sz w:val="19"/>
              </w:rPr>
            </w:pPr>
            <w:r>
              <w:rPr>
                <w:i/>
                <w:color w:val="6E6E6E"/>
                <w:sz w:val="19"/>
              </w:rPr>
              <w:t>Supervisor or advisor endorsement</w:t>
            </w:r>
            <w:r>
              <w:rPr>
                <w:i/>
                <w:color w:val="6E6E6E"/>
                <w:sz w:val="19"/>
              </w:rPr>
              <w:br/>
            </w:r>
            <w:r>
              <w:rPr>
                <w:i/>
                <w:color w:val="6E6E6E"/>
                <w:sz w:val="19"/>
              </w:rPr>
              <w:br/>
            </w:r>
            <w:r>
              <w:rPr>
                <w:i/>
                <w:color w:val="6E6E6E"/>
                <w:sz w:val="19"/>
              </w:rPr>
              <w:br/>
            </w:r>
          </w:p>
          <w:p w14:paraId="328E2FF1" w14:textId="4766BF72" w:rsidR="008F3487" w:rsidRDefault="00000000">
            <w:pPr>
              <w:spacing w:after="0"/>
            </w:pPr>
            <w:r>
              <w:rPr>
                <w:i/>
                <w:color w:val="6E6E6E"/>
                <w:sz w:val="19"/>
              </w:rPr>
              <w:br/>
            </w:r>
          </w:p>
        </w:tc>
      </w:tr>
      <w:tr w:rsidR="008F3487" w14:paraId="024AA7DA" w14:textId="77777777">
        <w:trPr>
          <w:jc w:val="center"/>
        </w:trPr>
        <w:tc>
          <w:tcPr>
            <w:tcW w:w="5083" w:type="dxa"/>
            <w:shd w:val="clear" w:color="auto" w:fill="EAF0F7"/>
            <w:tcMar>
              <w:top w:w="95" w:type="dxa"/>
              <w:left w:w="120" w:type="dxa"/>
              <w:bottom w:w="95" w:type="dxa"/>
              <w:right w:w="120" w:type="dxa"/>
            </w:tcMar>
            <w:vAlign w:val="center"/>
          </w:tcPr>
          <w:p w14:paraId="77EBDDC7" w14:textId="77777777" w:rsidR="008F3487" w:rsidRDefault="00000000">
            <w:pPr>
              <w:spacing w:after="0" w:line="252" w:lineRule="auto"/>
            </w:pPr>
            <w:r>
              <w:rPr>
                <w:b/>
                <w:sz w:val="19"/>
              </w:rPr>
              <w:t>Signature</w:t>
            </w:r>
          </w:p>
        </w:tc>
        <w:tc>
          <w:tcPr>
            <w:tcW w:w="5083" w:type="dxa"/>
            <w:tcMar>
              <w:top w:w="95" w:type="dxa"/>
              <w:left w:w="120" w:type="dxa"/>
              <w:bottom w:w="95" w:type="dxa"/>
              <w:right w:w="120" w:type="dxa"/>
            </w:tcMar>
            <w:vAlign w:val="center"/>
          </w:tcPr>
          <w:p w14:paraId="2EA81C19" w14:textId="77777777" w:rsidR="008F3487" w:rsidRDefault="00000000">
            <w:pPr>
              <w:spacing w:after="0" w:line="252" w:lineRule="auto"/>
            </w:pPr>
            <w:r>
              <w:rPr>
                <w:color w:val="595959"/>
                <w:sz w:val="19"/>
              </w:rPr>
              <w:t>[Signature]</w:t>
            </w:r>
          </w:p>
        </w:tc>
      </w:tr>
      <w:tr w:rsidR="008F3487" w14:paraId="2A55FC89" w14:textId="77777777">
        <w:trPr>
          <w:jc w:val="center"/>
        </w:trPr>
        <w:tc>
          <w:tcPr>
            <w:tcW w:w="5083" w:type="dxa"/>
            <w:shd w:val="clear" w:color="auto" w:fill="EAF0F7"/>
            <w:tcMar>
              <w:top w:w="95" w:type="dxa"/>
              <w:left w:w="120" w:type="dxa"/>
              <w:bottom w:w="95" w:type="dxa"/>
              <w:right w:w="120" w:type="dxa"/>
            </w:tcMar>
            <w:vAlign w:val="center"/>
          </w:tcPr>
          <w:p w14:paraId="05161597" w14:textId="77777777" w:rsidR="008F3487" w:rsidRDefault="00000000">
            <w:pPr>
              <w:spacing w:after="0" w:line="252" w:lineRule="auto"/>
            </w:pPr>
            <w:r>
              <w:rPr>
                <w:b/>
                <w:sz w:val="19"/>
              </w:rPr>
              <w:t>Date</w:t>
            </w:r>
          </w:p>
        </w:tc>
        <w:tc>
          <w:tcPr>
            <w:tcW w:w="5083" w:type="dxa"/>
            <w:tcMar>
              <w:top w:w="95" w:type="dxa"/>
              <w:left w:w="120" w:type="dxa"/>
              <w:bottom w:w="95" w:type="dxa"/>
              <w:right w:w="120" w:type="dxa"/>
            </w:tcMar>
            <w:vAlign w:val="center"/>
          </w:tcPr>
          <w:p w14:paraId="3B46E899" w14:textId="77777777" w:rsidR="008F3487" w:rsidRDefault="00000000">
            <w:pPr>
              <w:spacing w:after="0" w:line="252" w:lineRule="auto"/>
            </w:pPr>
            <w:r>
              <w:rPr>
                <w:color w:val="595959"/>
                <w:sz w:val="19"/>
              </w:rPr>
              <w:t>[DD Month 2026]</w:t>
            </w:r>
          </w:p>
        </w:tc>
      </w:tr>
    </w:tbl>
    <w:p w14:paraId="3FC5E67E" w14:textId="77777777" w:rsidR="008F3487" w:rsidRDefault="00000000">
      <w:r>
        <w:br w:type="page"/>
      </w:r>
    </w:p>
    <w:p w14:paraId="262837A2" w14:textId="77777777" w:rsidR="008F3487" w:rsidRDefault="00000000">
      <w:pPr>
        <w:pStyle w:val="Heading1"/>
        <w:spacing w:before="160" w:after="100"/>
      </w:pPr>
      <w:r>
        <w:lastRenderedPageBreak/>
        <w:t>8 Applicant Declaration</w:t>
      </w:r>
    </w:p>
    <w:p w14:paraId="6FEAFCBE" w14:textId="77777777" w:rsidR="008F3487" w:rsidRDefault="00000000">
      <w:r>
        <w:t>By signing below, I declare that:</w:t>
      </w:r>
    </w:p>
    <w:p w14:paraId="24EEFC63" w14:textId="77777777" w:rsidR="008F3487" w:rsidRDefault="00000000">
      <w:pPr>
        <w:spacing w:after="60" w:line="252" w:lineRule="auto"/>
        <w:ind w:left="259" w:hanging="259"/>
      </w:pPr>
      <w:r>
        <w:t>☐ the information in this application is complete and accurate;</w:t>
      </w:r>
    </w:p>
    <w:p w14:paraId="7F552313" w14:textId="77777777" w:rsidR="008F3487" w:rsidRDefault="00000000">
      <w:pPr>
        <w:spacing w:after="60" w:line="252" w:lineRule="auto"/>
        <w:ind w:left="259" w:hanging="259"/>
      </w:pPr>
      <w:r>
        <w:t>☐ I will be actively enrolled as a student during the conference period;</w:t>
      </w:r>
    </w:p>
    <w:p w14:paraId="002F8A31" w14:textId="77777777" w:rsidR="008F3487" w:rsidRDefault="00000000">
      <w:pPr>
        <w:spacing w:after="60" w:line="252" w:lineRule="auto"/>
        <w:ind w:left="259" w:hanging="259"/>
      </w:pPr>
      <w:r>
        <w:t>☐ I have completed the applicable WI-IAT 2026 registration and payment;</w:t>
      </w:r>
    </w:p>
    <w:p w14:paraId="3AD517B3" w14:textId="77777777" w:rsidR="008F3487" w:rsidRDefault="00000000">
      <w:pPr>
        <w:spacing w:after="60" w:line="252" w:lineRule="auto"/>
        <w:ind w:left="259" w:hanging="259"/>
      </w:pPr>
      <w:r>
        <w:t>☐ I intend to attend in person and present the accepted paper or fulfil my approved presentation role;</w:t>
      </w:r>
    </w:p>
    <w:p w14:paraId="1BFAF3B7" w14:textId="77777777" w:rsidR="008F3487" w:rsidRDefault="00000000">
      <w:pPr>
        <w:spacing w:after="60" w:line="252" w:lineRule="auto"/>
        <w:ind w:left="259" w:hanging="259"/>
      </w:pPr>
      <w:r>
        <w:t>☐ I have disclosed all other travel funding received or requested;</w:t>
      </w:r>
    </w:p>
    <w:p w14:paraId="05647280" w14:textId="77777777" w:rsidR="008F3487" w:rsidRDefault="00000000">
      <w:pPr>
        <w:spacing w:after="60" w:line="252" w:lineRule="auto"/>
        <w:ind w:left="259" w:hanging="259"/>
      </w:pPr>
      <w:r>
        <w:t>☐ I will notify the Organising Committee promptly if my circumstances change; and</w:t>
      </w:r>
    </w:p>
    <w:p w14:paraId="798942C2" w14:textId="77777777" w:rsidR="008F3487" w:rsidRDefault="00000000">
      <w:pPr>
        <w:spacing w:after="60" w:line="252" w:lineRule="auto"/>
        <w:ind w:left="259" w:hanging="259"/>
      </w:pPr>
      <w:r>
        <w:t>☐ I accept the published conditions of the WI-IAT 2026 IEEE TCII Student Travel Award.</w:t>
      </w:r>
    </w:p>
    <w:p w14:paraId="21D2F767" w14:textId="77777777" w:rsidR="008F3487" w:rsidRDefault="00000000">
      <w:r>
        <w:t>I understand that the award may be withdrawn if I do not attend the conference, do not present the paper, withdraw the paper or registration, or cease to satisfy the eligibility requirements.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423BDB4E" w14:textId="77777777">
        <w:trPr>
          <w:jc w:val="center"/>
        </w:trPr>
        <w:tc>
          <w:tcPr>
            <w:tcW w:w="5083" w:type="dxa"/>
            <w:shd w:val="clear" w:color="auto" w:fill="EAF0F7"/>
            <w:tcMar>
              <w:top w:w="95" w:type="dxa"/>
              <w:left w:w="120" w:type="dxa"/>
              <w:bottom w:w="95" w:type="dxa"/>
              <w:right w:w="120" w:type="dxa"/>
            </w:tcMar>
            <w:vAlign w:val="center"/>
          </w:tcPr>
          <w:p w14:paraId="3569E5B0" w14:textId="77777777" w:rsidR="008F3487" w:rsidRDefault="00000000">
            <w:pPr>
              <w:spacing w:after="0" w:line="252" w:lineRule="auto"/>
            </w:pPr>
            <w:r>
              <w:rPr>
                <w:b/>
                <w:sz w:val="19"/>
              </w:rPr>
              <w:t>Applicant name</w:t>
            </w:r>
          </w:p>
        </w:tc>
        <w:tc>
          <w:tcPr>
            <w:tcW w:w="5083" w:type="dxa"/>
            <w:tcMar>
              <w:top w:w="95" w:type="dxa"/>
              <w:left w:w="120" w:type="dxa"/>
              <w:bottom w:w="95" w:type="dxa"/>
              <w:right w:w="120" w:type="dxa"/>
            </w:tcMar>
            <w:vAlign w:val="center"/>
          </w:tcPr>
          <w:p w14:paraId="3A9D5E6A" w14:textId="77777777" w:rsidR="008F3487" w:rsidRDefault="00000000">
            <w:pPr>
              <w:spacing w:after="0" w:line="252" w:lineRule="auto"/>
            </w:pPr>
            <w:r>
              <w:rPr>
                <w:color w:val="595959"/>
                <w:sz w:val="19"/>
              </w:rPr>
              <w:t>[Enter full name]</w:t>
            </w:r>
          </w:p>
        </w:tc>
      </w:tr>
      <w:tr w:rsidR="008F3487" w14:paraId="6F83BC47" w14:textId="77777777">
        <w:trPr>
          <w:jc w:val="center"/>
        </w:trPr>
        <w:tc>
          <w:tcPr>
            <w:tcW w:w="5083" w:type="dxa"/>
            <w:shd w:val="clear" w:color="auto" w:fill="EAF0F7"/>
            <w:tcMar>
              <w:top w:w="95" w:type="dxa"/>
              <w:left w:w="120" w:type="dxa"/>
              <w:bottom w:w="95" w:type="dxa"/>
              <w:right w:w="120" w:type="dxa"/>
            </w:tcMar>
            <w:vAlign w:val="center"/>
          </w:tcPr>
          <w:p w14:paraId="0D590E2A" w14:textId="77777777" w:rsidR="008F3487" w:rsidRDefault="00000000">
            <w:pPr>
              <w:spacing w:after="0" w:line="252" w:lineRule="auto"/>
            </w:pPr>
            <w:r>
              <w:rPr>
                <w:b/>
                <w:sz w:val="19"/>
              </w:rPr>
              <w:t>Applicant signature</w:t>
            </w:r>
          </w:p>
        </w:tc>
        <w:tc>
          <w:tcPr>
            <w:tcW w:w="5083" w:type="dxa"/>
            <w:tcMar>
              <w:top w:w="95" w:type="dxa"/>
              <w:left w:w="120" w:type="dxa"/>
              <w:bottom w:w="95" w:type="dxa"/>
              <w:right w:w="120" w:type="dxa"/>
            </w:tcMar>
            <w:vAlign w:val="center"/>
          </w:tcPr>
          <w:p w14:paraId="2C811808" w14:textId="77777777" w:rsidR="008F3487" w:rsidRDefault="00000000">
            <w:pPr>
              <w:spacing w:after="0" w:line="252" w:lineRule="auto"/>
            </w:pPr>
            <w:r>
              <w:rPr>
                <w:color w:val="595959"/>
                <w:sz w:val="19"/>
              </w:rPr>
              <w:t>[Signature]</w:t>
            </w:r>
          </w:p>
        </w:tc>
      </w:tr>
      <w:tr w:rsidR="008F3487" w14:paraId="1E35C44B" w14:textId="77777777">
        <w:trPr>
          <w:jc w:val="center"/>
        </w:trPr>
        <w:tc>
          <w:tcPr>
            <w:tcW w:w="5083" w:type="dxa"/>
            <w:shd w:val="clear" w:color="auto" w:fill="EAF0F7"/>
            <w:tcMar>
              <w:top w:w="95" w:type="dxa"/>
              <w:left w:w="120" w:type="dxa"/>
              <w:bottom w:w="95" w:type="dxa"/>
              <w:right w:w="120" w:type="dxa"/>
            </w:tcMar>
            <w:vAlign w:val="center"/>
          </w:tcPr>
          <w:p w14:paraId="2BDAD3AD" w14:textId="77777777" w:rsidR="008F3487" w:rsidRDefault="00000000">
            <w:pPr>
              <w:spacing w:after="0" w:line="252" w:lineRule="auto"/>
            </w:pPr>
            <w:r>
              <w:rPr>
                <w:b/>
                <w:sz w:val="19"/>
              </w:rPr>
              <w:t>Date</w:t>
            </w:r>
          </w:p>
        </w:tc>
        <w:tc>
          <w:tcPr>
            <w:tcW w:w="5083" w:type="dxa"/>
            <w:tcMar>
              <w:top w:w="95" w:type="dxa"/>
              <w:left w:w="120" w:type="dxa"/>
              <w:bottom w:w="95" w:type="dxa"/>
              <w:right w:w="120" w:type="dxa"/>
            </w:tcMar>
            <w:vAlign w:val="center"/>
          </w:tcPr>
          <w:p w14:paraId="04F74C46" w14:textId="77777777" w:rsidR="008F3487" w:rsidRDefault="00000000">
            <w:pPr>
              <w:spacing w:after="0" w:line="252" w:lineRule="auto"/>
            </w:pPr>
            <w:r>
              <w:rPr>
                <w:color w:val="595959"/>
                <w:sz w:val="19"/>
              </w:rPr>
              <w:t>[DD Month 2026]</w:t>
            </w:r>
          </w:p>
        </w:tc>
      </w:tr>
    </w:tbl>
    <w:p w14:paraId="0FB820D4" w14:textId="77777777" w:rsidR="008F3487" w:rsidRDefault="00000000">
      <w:pPr>
        <w:pStyle w:val="Heading1"/>
        <w:spacing w:before="160" w:after="100"/>
      </w:pPr>
      <w:r>
        <w:t>9 Required Attachments</w:t>
      </w:r>
    </w:p>
    <w:p w14:paraId="25D0259B" w14:textId="3812ACAF" w:rsidR="008F3487" w:rsidRDefault="00000000">
      <w:pPr>
        <w:spacing w:after="60" w:line="252" w:lineRule="auto"/>
        <w:ind w:left="259" w:hanging="259"/>
      </w:pPr>
      <w:r>
        <w:t>☐ Completed application form</w:t>
      </w:r>
      <w:r w:rsidR="0002399E">
        <w:t xml:space="preserve"> signed by the applicant and supervisor/advisor</w:t>
      </w:r>
      <w:r>
        <w:t>.</w:t>
      </w:r>
    </w:p>
    <w:p w14:paraId="3D3F74D0" w14:textId="77777777" w:rsidR="008F3487" w:rsidRDefault="00000000">
      <w:pPr>
        <w:spacing w:after="60" w:line="252" w:lineRule="auto"/>
        <w:ind w:left="259" w:hanging="259"/>
      </w:pPr>
      <w:r>
        <w:t>☐ Proof of paid WI-IAT 2026 registration.</w:t>
      </w:r>
    </w:p>
    <w:p w14:paraId="467130AB" w14:textId="5E0975E1" w:rsidR="008F3487" w:rsidRDefault="00000000">
      <w:pPr>
        <w:spacing w:after="60" w:line="252" w:lineRule="auto"/>
        <w:ind w:left="259" w:hanging="259"/>
      </w:pPr>
      <w:r>
        <w:t xml:space="preserve">☐ </w:t>
      </w:r>
      <w:r w:rsidR="0002399E">
        <w:t>A copy of v</w:t>
      </w:r>
      <w:r>
        <w:t xml:space="preserve">alid student </w:t>
      </w:r>
      <w:r w:rsidR="0002399E">
        <w:t>ID</w:t>
      </w:r>
      <w:r>
        <w:t xml:space="preserve"> or official enrolment letter confirming student status during 3–6 December 2026.</w:t>
      </w:r>
    </w:p>
    <w:p w14:paraId="7F64F98B" w14:textId="77777777" w:rsidR="008F3487" w:rsidRDefault="00000000">
      <w:pPr>
        <w:spacing w:after="60" w:line="252" w:lineRule="auto"/>
        <w:ind w:left="259" w:hanging="259"/>
      </w:pPr>
      <w:r>
        <w:t>☐ Curriculum vitae of no more than two pages.</w:t>
      </w:r>
    </w:p>
    <w:p w14:paraId="35B12795" w14:textId="77777777" w:rsidR="008F3487" w:rsidRDefault="00000000">
      <w:pPr>
        <w:spacing w:after="60" w:line="252" w:lineRule="auto"/>
        <w:ind w:left="259" w:hanging="259"/>
      </w:pPr>
      <w:r>
        <w:t>☐ Optional evidence relevant to financial need or DEI considerations.</w:t>
      </w:r>
    </w:p>
    <w:p w14:paraId="68484748" w14:textId="77777777" w:rsidR="008F3487" w:rsidRDefault="00000000">
      <w:pPr>
        <w:pStyle w:val="Heading1"/>
        <w:spacing w:before="160" w:after="100"/>
      </w:pPr>
      <w:r>
        <w:t>10 Submission Instructions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8F3487" w14:paraId="4F26C897" w14:textId="77777777">
        <w:trPr>
          <w:jc w:val="center"/>
        </w:trPr>
        <w:tc>
          <w:tcPr>
            <w:tcW w:w="5083" w:type="dxa"/>
            <w:shd w:val="clear" w:color="auto" w:fill="EAF0F7"/>
            <w:tcMar>
              <w:top w:w="95" w:type="dxa"/>
              <w:left w:w="120" w:type="dxa"/>
              <w:bottom w:w="95" w:type="dxa"/>
              <w:right w:w="120" w:type="dxa"/>
            </w:tcMar>
            <w:vAlign w:val="center"/>
          </w:tcPr>
          <w:p w14:paraId="37E3924A" w14:textId="77777777" w:rsidR="008F3487" w:rsidRDefault="00000000">
            <w:pPr>
              <w:spacing w:after="0" w:line="252" w:lineRule="auto"/>
            </w:pPr>
            <w:r>
              <w:rPr>
                <w:b/>
                <w:sz w:val="19"/>
              </w:rPr>
              <w:t>Application email</w:t>
            </w:r>
          </w:p>
        </w:tc>
        <w:tc>
          <w:tcPr>
            <w:tcW w:w="5083" w:type="dxa"/>
            <w:tcMar>
              <w:top w:w="95" w:type="dxa"/>
              <w:left w:w="120" w:type="dxa"/>
              <w:bottom w:w="95" w:type="dxa"/>
              <w:right w:w="120" w:type="dxa"/>
            </w:tcMar>
            <w:vAlign w:val="center"/>
          </w:tcPr>
          <w:p w14:paraId="306FE166" w14:textId="1E81C495" w:rsidR="008F3487" w:rsidRDefault="0002399E">
            <w:pPr>
              <w:spacing w:after="0" w:line="252" w:lineRule="auto"/>
            </w:pPr>
            <w:hyperlink r:id="rId8" w:history="1">
              <w:r w:rsidRPr="003F50A4">
                <w:rPr>
                  <w:rStyle w:val="Hyperlink"/>
                  <w:sz w:val="19"/>
                </w:rPr>
                <w:t>wi.iat.2026@outlook.com</w:t>
              </w:r>
            </w:hyperlink>
            <w:r>
              <w:rPr>
                <w:color w:val="595959"/>
                <w:sz w:val="19"/>
              </w:rPr>
              <w:t xml:space="preserve"> </w:t>
            </w:r>
          </w:p>
        </w:tc>
      </w:tr>
      <w:tr w:rsidR="008F3487" w14:paraId="04E41404" w14:textId="77777777">
        <w:trPr>
          <w:jc w:val="center"/>
        </w:trPr>
        <w:tc>
          <w:tcPr>
            <w:tcW w:w="5083" w:type="dxa"/>
            <w:shd w:val="clear" w:color="auto" w:fill="EAF0F7"/>
            <w:tcMar>
              <w:top w:w="95" w:type="dxa"/>
              <w:left w:w="120" w:type="dxa"/>
              <w:bottom w:w="95" w:type="dxa"/>
              <w:right w:w="120" w:type="dxa"/>
            </w:tcMar>
            <w:vAlign w:val="center"/>
          </w:tcPr>
          <w:p w14:paraId="1DEA2E16" w14:textId="77777777" w:rsidR="008F3487" w:rsidRDefault="00000000">
            <w:pPr>
              <w:spacing w:after="0" w:line="252" w:lineRule="auto"/>
            </w:pPr>
            <w:r>
              <w:rPr>
                <w:b/>
                <w:sz w:val="19"/>
              </w:rPr>
              <w:t>Email subject</w:t>
            </w:r>
          </w:p>
        </w:tc>
        <w:tc>
          <w:tcPr>
            <w:tcW w:w="5083" w:type="dxa"/>
            <w:tcMar>
              <w:top w:w="95" w:type="dxa"/>
              <w:left w:w="120" w:type="dxa"/>
              <w:bottom w:w="95" w:type="dxa"/>
              <w:right w:w="120" w:type="dxa"/>
            </w:tcMar>
            <w:vAlign w:val="center"/>
          </w:tcPr>
          <w:p w14:paraId="3BF6C4AE" w14:textId="3AA8BC38" w:rsidR="008F3487" w:rsidRDefault="00000000">
            <w:pPr>
              <w:spacing w:after="0" w:line="252" w:lineRule="auto"/>
            </w:pPr>
            <w:r>
              <w:rPr>
                <w:color w:val="595959"/>
                <w:sz w:val="19"/>
              </w:rPr>
              <w:t xml:space="preserve">WI-IAT 2026 </w:t>
            </w:r>
            <w:r w:rsidR="00FF4794">
              <w:rPr>
                <w:color w:val="595959"/>
                <w:sz w:val="19"/>
              </w:rPr>
              <w:t xml:space="preserve">IEEE TCII </w:t>
            </w:r>
            <w:r>
              <w:rPr>
                <w:color w:val="595959"/>
                <w:sz w:val="19"/>
              </w:rPr>
              <w:t>Student Travel Award Application – [NAME] – [PAPER ID]</w:t>
            </w:r>
          </w:p>
        </w:tc>
      </w:tr>
      <w:tr w:rsidR="008F3487" w14:paraId="444C8593" w14:textId="77777777">
        <w:trPr>
          <w:jc w:val="center"/>
        </w:trPr>
        <w:tc>
          <w:tcPr>
            <w:tcW w:w="5083" w:type="dxa"/>
            <w:shd w:val="clear" w:color="auto" w:fill="EAF0F7"/>
            <w:tcMar>
              <w:top w:w="95" w:type="dxa"/>
              <w:left w:w="120" w:type="dxa"/>
              <w:bottom w:w="95" w:type="dxa"/>
              <w:right w:w="120" w:type="dxa"/>
            </w:tcMar>
            <w:vAlign w:val="center"/>
          </w:tcPr>
          <w:p w14:paraId="3CE097E6" w14:textId="77777777" w:rsidR="008F3487" w:rsidRDefault="00000000">
            <w:pPr>
              <w:spacing w:after="0" w:line="252" w:lineRule="auto"/>
            </w:pPr>
            <w:r>
              <w:rPr>
                <w:b/>
                <w:sz w:val="19"/>
              </w:rPr>
              <w:t>Application deadline</w:t>
            </w:r>
          </w:p>
        </w:tc>
        <w:tc>
          <w:tcPr>
            <w:tcW w:w="5083" w:type="dxa"/>
            <w:tcMar>
              <w:top w:w="95" w:type="dxa"/>
              <w:left w:w="120" w:type="dxa"/>
              <w:bottom w:w="95" w:type="dxa"/>
              <w:right w:w="120" w:type="dxa"/>
            </w:tcMar>
            <w:vAlign w:val="center"/>
          </w:tcPr>
          <w:p w14:paraId="0F30201C" w14:textId="1F4B4711" w:rsidR="008F3487" w:rsidRDefault="007A39AA">
            <w:pPr>
              <w:spacing w:after="0" w:line="252" w:lineRule="auto"/>
            </w:pPr>
            <w:r>
              <w:rPr>
                <w:color w:val="595959"/>
                <w:sz w:val="19"/>
              </w:rPr>
              <w:t>6</w:t>
            </w:r>
            <w:r w:rsidR="0002399E">
              <w:rPr>
                <w:color w:val="595959"/>
                <w:sz w:val="19"/>
              </w:rPr>
              <w:t xml:space="preserve"> November 2026 </w:t>
            </w:r>
            <w:r w:rsidR="002D4498">
              <w:rPr>
                <w:color w:val="595959"/>
                <w:sz w:val="19"/>
              </w:rPr>
              <w:t>(UTC-12/</w:t>
            </w:r>
            <w:proofErr w:type="spellStart"/>
            <w:r w:rsidR="002D4498">
              <w:rPr>
                <w:color w:val="595959"/>
                <w:sz w:val="19"/>
              </w:rPr>
              <w:t>AoE</w:t>
            </w:r>
            <w:proofErr w:type="spellEnd"/>
            <w:r w:rsidR="002D4498">
              <w:rPr>
                <w:color w:val="595959"/>
                <w:sz w:val="19"/>
              </w:rPr>
              <w:t>)</w:t>
            </w:r>
          </w:p>
        </w:tc>
      </w:tr>
    </w:tbl>
    <w:p w14:paraId="46AD231B" w14:textId="585012E2" w:rsidR="008F3487" w:rsidRDefault="00000000">
      <w:r>
        <w:t>Late or incomplete applications will not be considered.</w:t>
      </w:r>
    </w:p>
    <w:p w14:paraId="7B28A051" w14:textId="77777777" w:rsidR="008F3487" w:rsidRDefault="00000000">
      <w:pPr>
        <w:pStyle w:val="Heading1"/>
        <w:spacing w:before="160" w:after="100"/>
      </w:pPr>
      <w:r>
        <w:t>Privacy Notice</w:t>
      </w:r>
    </w:p>
    <w:p w14:paraId="609B37A3" w14:textId="77777777" w:rsidR="008F3487" w:rsidRDefault="00000000">
      <w:r>
        <w:t>Application information will be used solely to assess and administer the WI-IAT 2026 IEEE TCII Student Travel Awards. Applications will be reviewed by Professor Jimmy Xiangji Huang, IEEE TCII Chair; Professor Xiaohui Tao, WI-IAT 2026 General Chair; and Professor Ning Zhong, WI-IAT Steering Committee Chair. Information will be handled confidentially and accessed only by those involved in award assessment and administration, except where disclosure is required by law.</w:t>
      </w:r>
    </w:p>
    <w:sectPr w:rsidR="008F3487" w:rsidSect="00034616">
      <w:headerReference w:type="default" r:id="rId9"/>
      <w:footerReference w:type="default" r:id="rId10"/>
      <w:pgSz w:w="12240" w:h="15840"/>
      <w:pgMar w:top="893" w:right="1037" w:bottom="835"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1CED0B" w14:textId="77777777" w:rsidR="003D2BDC" w:rsidRDefault="003D2BDC">
      <w:pPr>
        <w:spacing w:after="0" w:line="240" w:lineRule="auto"/>
      </w:pPr>
      <w:r>
        <w:separator/>
      </w:r>
    </w:p>
  </w:endnote>
  <w:endnote w:type="continuationSeparator" w:id="0">
    <w:p w14:paraId="186CBF39" w14:textId="77777777" w:rsidR="003D2BDC" w:rsidRDefault="003D2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BB378" w14:textId="77777777" w:rsidR="008F3487" w:rsidRDefault="00000000">
    <w:pPr>
      <w:pStyle w:val="Footer"/>
      <w:jc w:val="center"/>
    </w:pPr>
    <w:r>
      <w:rPr>
        <w:color w:val="5A5A5A"/>
        <w:sz w:val="16"/>
      </w:rPr>
      <w:t xml:space="preserve">WI-IAT 2026 Student Travel Award </w:t>
    </w:r>
    <w:proofErr w:type="gramStart"/>
    <w:r>
      <w:rPr>
        <w:color w:val="5A5A5A"/>
        <w:sz w:val="16"/>
      </w:rPr>
      <w:t>Application  •</w:t>
    </w:r>
    <w:proofErr w:type="gramEnd"/>
    <w:r>
      <w:rPr>
        <w:color w:val="5A5A5A"/>
        <w:sz w:val="16"/>
      </w:rPr>
      <w:t xml:space="preserve">  Page</w:t>
    </w:r>
    <w:r w:rsidRPr="00931070">
      <w:rPr>
        <w:color w:val="5A5A5A"/>
        <w:sz w:val="16"/>
        <w:szCs w:val="16"/>
      </w:rPr>
      <w:t xml:space="preserve"> </w:t>
    </w:r>
    <w:r w:rsidRPr="00931070">
      <w:rPr>
        <w:sz w:val="16"/>
        <w:szCs w:val="16"/>
      </w:rPr>
      <w:fldChar w:fldCharType="begin"/>
    </w:r>
    <w:r w:rsidRPr="00931070">
      <w:rPr>
        <w:sz w:val="16"/>
        <w:szCs w:val="16"/>
      </w:rPr>
      <w:instrText xml:space="preserve"> PAGE </w:instrText>
    </w:r>
    <w:r w:rsidRPr="00931070">
      <w:rPr>
        <w:sz w:val="16"/>
        <w:szCs w:val="16"/>
      </w:rPr>
      <w:fldChar w:fldCharType="separate"/>
    </w:r>
    <w:r w:rsidR="002A7CD3" w:rsidRPr="00931070">
      <w:rPr>
        <w:noProof/>
        <w:sz w:val="16"/>
        <w:szCs w:val="16"/>
      </w:rPr>
      <w:t>1</w:t>
    </w:r>
    <w:r w:rsidRPr="0093107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D44340" w14:textId="77777777" w:rsidR="003D2BDC" w:rsidRDefault="003D2BDC">
      <w:pPr>
        <w:spacing w:after="0" w:line="240" w:lineRule="auto"/>
      </w:pPr>
      <w:r>
        <w:separator/>
      </w:r>
    </w:p>
  </w:footnote>
  <w:footnote w:type="continuationSeparator" w:id="0">
    <w:p w14:paraId="3A483599" w14:textId="77777777" w:rsidR="003D2BDC" w:rsidRDefault="003D2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7809D" w14:textId="77777777" w:rsidR="008F3487" w:rsidRDefault="00000000">
    <w:pPr>
      <w:pStyle w:val="Header"/>
      <w:jc w:val="right"/>
    </w:pPr>
    <w:r>
      <w:rPr>
        <w:color w:val="5A5A5A"/>
        <w:sz w:val="16"/>
      </w:rPr>
      <w:t xml:space="preserve">WI-IAT </w:t>
    </w:r>
    <w:proofErr w:type="gramStart"/>
    <w:r>
      <w:rPr>
        <w:color w:val="5A5A5A"/>
        <w:sz w:val="16"/>
      </w:rPr>
      <w:t>2026  |</w:t>
    </w:r>
    <w:proofErr w:type="gramEnd"/>
    <w:r>
      <w:rPr>
        <w:color w:val="5A5A5A"/>
        <w:sz w:val="16"/>
      </w:rPr>
      <w:t xml:space="preserve">  IEEE TCII Student Travel Award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615423">
    <w:abstractNumId w:val="8"/>
  </w:num>
  <w:num w:numId="2" w16cid:durableId="1604339127">
    <w:abstractNumId w:val="6"/>
  </w:num>
  <w:num w:numId="3" w16cid:durableId="1271626087">
    <w:abstractNumId w:val="5"/>
  </w:num>
  <w:num w:numId="4" w16cid:durableId="1189758274">
    <w:abstractNumId w:val="4"/>
  </w:num>
  <w:num w:numId="5" w16cid:durableId="406416071">
    <w:abstractNumId w:val="7"/>
  </w:num>
  <w:num w:numId="6" w16cid:durableId="2009169809">
    <w:abstractNumId w:val="3"/>
  </w:num>
  <w:num w:numId="7" w16cid:durableId="96218580">
    <w:abstractNumId w:val="2"/>
  </w:num>
  <w:num w:numId="8" w16cid:durableId="894002654">
    <w:abstractNumId w:val="1"/>
  </w:num>
  <w:num w:numId="9" w16cid:durableId="19505031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99E"/>
    <w:rsid w:val="00034616"/>
    <w:rsid w:val="0006063C"/>
    <w:rsid w:val="0015074B"/>
    <w:rsid w:val="0029639D"/>
    <w:rsid w:val="002A7CD3"/>
    <w:rsid w:val="002D4498"/>
    <w:rsid w:val="00326F90"/>
    <w:rsid w:val="00355C3E"/>
    <w:rsid w:val="003D2BDC"/>
    <w:rsid w:val="005B2587"/>
    <w:rsid w:val="006D11A2"/>
    <w:rsid w:val="007A39AA"/>
    <w:rsid w:val="008F3487"/>
    <w:rsid w:val="00931070"/>
    <w:rsid w:val="00AA1D8D"/>
    <w:rsid w:val="00B47730"/>
    <w:rsid w:val="00C3190E"/>
    <w:rsid w:val="00CB0664"/>
    <w:rsid w:val="00E37669"/>
    <w:rsid w:val="00FC693F"/>
    <w:rsid w:val="00FF4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41F68C"/>
  <w14:defaultImageDpi w14:val="300"/>
  <w15:docId w15:val="{9C7E004C-EC57-9545-B944-D937411C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399E"/>
    <w:rPr>
      <w:color w:val="0000FF" w:themeColor="hyperlink"/>
      <w:u w:val="single"/>
    </w:rPr>
  </w:style>
  <w:style w:type="character" w:styleId="UnresolvedMention">
    <w:name w:val="Unresolved Mention"/>
    <w:basedOn w:val="DefaultParagraphFont"/>
    <w:uiPriority w:val="99"/>
    <w:semiHidden/>
    <w:unhideWhenUsed/>
    <w:rsid w:val="000239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iat.2026@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Xiaohui Tao</cp:lastModifiedBy>
  <cp:revision>10</cp:revision>
  <dcterms:created xsi:type="dcterms:W3CDTF">2013-12-23T23:15:00Z</dcterms:created>
  <dcterms:modified xsi:type="dcterms:W3CDTF">2026-10-06T01:53:00Z</dcterms:modified>
  <cp:category/>
</cp:coreProperties>
</file>